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60DEA" w14:textId="33A713D3" w:rsidR="00B15EFA" w:rsidRPr="000906D9" w:rsidRDefault="00444C9C" w:rsidP="00B60498">
      <w:pPr>
        <w:pStyle w:val="a8"/>
        <w:jc w:val="center"/>
        <w:rPr>
          <w:rFonts w:ascii="맑은 고딕" w:eastAsia="맑은 고딕" w:hAnsi="맑은 고딕"/>
          <w:b/>
          <w:bCs/>
          <w:sz w:val="40"/>
          <w:szCs w:val="40"/>
          <w:lang w:eastAsia="ko-KR"/>
        </w:rPr>
      </w:pPr>
      <w:r w:rsidRPr="000906D9">
        <w:rPr>
          <w:rFonts w:ascii="맑은 고딕" w:eastAsia="맑은 고딕" w:hAnsi="맑은 고딕"/>
          <w:b/>
          <w:bCs/>
          <w:sz w:val="40"/>
          <w:szCs w:val="40"/>
          <w:lang w:eastAsia="ko-KR"/>
        </w:rPr>
        <w:t xml:space="preserve">찾아가는 의료감정학회 </w:t>
      </w:r>
      <w:r w:rsidR="001D43E4" w:rsidRPr="000906D9">
        <w:rPr>
          <w:rFonts w:ascii="맑은 고딕" w:eastAsia="맑은 고딕" w:hAnsi="맑은 고딕" w:hint="eastAsia"/>
          <w:b/>
          <w:bCs/>
          <w:sz w:val="40"/>
          <w:szCs w:val="40"/>
          <w:lang w:eastAsia="ko-KR"/>
        </w:rPr>
        <w:t xml:space="preserve"> </w:t>
      </w:r>
    </w:p>
    <w:p w14:paraId="40371286" w14:textId="58201E73" w:rsidR="00B60498" w:rsidRPr="000906D9" w:rsidRDefault="00444C9C" w:rsidP="00B60498">
      <w:pPr>
        <w:spacing w:after="0" w:line="240" w:lineRule="auto"/>
        <w:jc w:val="right"/>
        <w:rPr>
          <w:rFonts w:ascii="맑은 고딕" w:eastAsia="맑은 고딕" w:hAnsi="맑은 고딕"/>
          <w:b/>
          <w:bCs/>
          <w:sz w:val="26"/>
          <w:szCs w:val="26"/>
          <w:lang w:eastAsia="ko-KR"/>
        </w:rPr>
      </w:pP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 xml:space="preserve">일시: 2026년 </w:t>
      </w:r>
      <w:r w:rsidR="009C74A3">
        <w:rPr>
          <w:rFonts w:ascii="맑은 고딕" w:eastAsia="맑은 고딕" w:hAnsi="맑은 고딕" w:hint="eastAsia"/>
          <w:b/>
          <w:bCs/>
          <w:sz w:val="26"/>
          <w:szCs w:val="26"/>
          <w:lang w:eastAsia="ko-KR"/>
        </w:rPr>
        <w:t>11</w:t>
      </w: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>월 1</w:t>
      </w:r>
      <w:r w:rsidR="009C74A3">
        <w:rPr>
          <w:rFonts w:ascii="맑은 고딕" w:eastAsia="맑은 고딕" w:hAnsi="맑은 고딕" w:hint="eastAsia"/>
          <w:b/>
          <w:bCs/>
          <w:sz w:val="26"/>
          <w:szCs w:val="26"/>
          <w:lang w:eastAsia="ko-KR"/>
        </w:rPr>
        <w:t>3</w:t>
      </w: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>일(금)</w:t>
      </w:r>
    </w:p>
    <w:p w14:paraId="7175D5DC" w14:textId="480E0C78" w:rsidR="0013610A" w:rsidRDefault="00444C9C" w:rsidP="004504CE">
      <w:pPr>
        <w:spacing w:line="240" w:lineRule="auto"/>
        <w:jc w:val="right"/>
        <w:rPr>
          <w:rFonts w:eastAsia="맑은 고딕"/>
          <w:lang w:eastAsia="ko-KR"/>
        </w:rPr>
      </w:pP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 xml:space="preserve">장소: </w:t>
      </w:r>
      <w:r w:rsidR="009C74A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충남</w:t>
      </w:r>
      <w:r w:rsidR="004504CE" w:rsidRPr="004504CE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대병원 </w:t>
      </w:r>
      <w:r w:rsidR="009C74A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관절염 재활센터</w:t>
      </w:r>
      <w:r w:rsidR="004504CE" w:rsidRPr="004504CE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 </w:t>
      </w:r>
      <w:r w:rsidR="009C74A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3</w:t>
      </w:r>
      <w:r w:rsidR="004504CE" w:rsidRPr="004504CE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층</w:t>
      </w:r>
      <w:r w:rsidR="009C74A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 대강당</w:t>
      </w:r>
      <w:r>
        <w:rPr>
          <w:lang w:eastAsia="ko-KR"/>
        </w:rPr>
        <w:br/>
      </w:r>
    </w:p>
    <w:p w14:paraId="0A925491" w14:textId="77777777" w:rsidR="00B60498" w:rsidRDefault="00B60498">
      <w:pPr>
        <w:rPr>
          <w:rFonts w:eastAsia="맑은 고딕"/>
          <w:lang w:eastAsia="ko-KR"/>
        </w:rPr>
      </w:pPr>
    </w:p>
    <w:p w14:paraId="6452E18D" w14:textId="1FC4DD23" w:rsidR="00346844" w:rsidRPr="0013610A" w:rsidRDefault="0013610A">
      <w:pPr>
        <w:rPr>
          <w:rFonts w:eastAsia="맑은 고딕"/>
          <w:b/>
          <w:bCs/>
          <w:color w:val="C00000"/>
          <w:sz w:val="28"/>
          <w:szCs w:val="28"/>
          <w:lang w:eastAsia="ko-KR"/>
        </w:rPr>
      </w:pPr>
      <w:r w:rsidRPr="0013610A">
        <w:rPr>
          <w:rFonts w:eastAsia="맑은 고딕" w:hint="eastAsia"/>
          <w:b/>
          <w:bCs/>
          <w:color w:val="C00000"/>
          <w:sz w:val="28"/>
          <w:szCs w:val="28"/>
          <w:lang w:eastAsia="ko-KR"/>
        </w:rPr>
        <w:t xml:space="preserve">  </w:t>
      </w:r>
      <w:r w:rsidRPr="0013610A">
        <w:rPr>
          <w:rFonts w:eastAsia="맑은 고딕" w:hint="eastAsia"/>
          <w:b/>
          <w:bCs/>
          <w:color w:val="C00000"/>
          <w:sz w:val="28"/>
          <w:szCs w:val="28"/>
          <w:lang w:eastAsia="ko-KR"/>
        </w:rPr>
        <w:t>프로그램</w:t>
      </w:r>
    </w:p>
    <w:tbl>
      <w:tblPr>
        <w:tblW w:w="10239" w:type="dxa"/>
        <w:tblInd w:w="10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0"/>
        <w:gridCol w:w="5042"/>
        <w:gridCol w:w="992"/>
        <w:gridCol w:w="2835"/>
      </w:tblGrid>
      <w:tr w:rsidR="00B60498" w:rsidRPr="00B60498" w14:paraId="5331A006" w14:textId="77777777" w:rsidTr="00721149">
        <w:trPr>
          <w:trHeight w:val="468"/>
        </w:trPr>
        <w:tc>
          <w:tcPr>
            <w:tcW w:w="13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08C2CB6" w14:textId="4E239C80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 w:rsidR="00E82A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 w:rsidR="009C74A3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 w:rsidR="00E82A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 w:rsidR="00E82A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2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E16FE95" w14:textId="37E052EA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등록　</w:t>
            </w:r>
          </w:p>
        </w:tc>
      </w:tr>
      <w:tr w:rsidR="00B60498" w:rsidRPr="00B60498" w14:paraId="520CCA2C" w14:textId="77777777" w:rsidTr="00721149">
        <w:trPr>
          <w:trHeight w:val="239"/>
        </w:trPr>
        <w:tc>
          <w:tcPr>
            <w:tcW w:w="1023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1D4F6CC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353DAA" w:rsidRPr="00B60498" w14:paraId="06DE27B1" w14:textId="77777777" w:rsidTr="00AF63D3">
        <w:trPr>
          <w:trHeight w:val="556"/>
        </w:trPr>
        <w:tc>
          <w:tcPr>
            <w:tcW w:w="1370" w:type="dxa"/>
            <w:vMerge w:val="restart"/>
            <w:tcBorders>
              <w:top w:val="nil"/>
              <w:left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FB4E090" w14:textId="778C7076" w:rsidR="00353DAA" w:rsidRPr="00B60498" w:rsidRDefault="00353DAA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 w:rsidR="00E82A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 w:rsidR="00E82A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 w:rsidR="00E82A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917C156" w14:textId="6D70ECA3" w:rsidR="00353DAA" w:rsidRPr="00B60498" w:rsidRDefault="00353DAA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개회사 및 찾아가는 의료감정학회 소개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F60F5F4" w14:textId="77777777" w:rsidR="00353DAA" w:rsidRPr="00B60498" w:rsidRDefault="00353DAA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유찬종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5C87931" w14:textId="5E6439D7" w:rsidR="00353DAA" w:rsidRPr="00B60498" w:rsidRDefault="00353DAA" w:rsidP="000D4AA6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대한의료감정학회 회장</w:t>
            </w:r>
          </w:p>
        </w:tc>
      </w:tr>
      <w:tr w:rsidR="00353DAA" w:rsidRPr="00B60498" w14:paraId="3A75D386" w14:textId="77777777" w:rsidTr="00AF63D3">
        <w:trPr>
          <w:trHeight w:val="564"/>
        </w:trPr>
        <w:tc>
          <w:tcPr>
            <w:tcW w:w="1370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  <w:hideMark/>
          </w:tcPr>
          <w:p w14:paraId="13A57171" w14:textId="77777777" w:rsidR="00353DAA" w:rsidRPr="00B60498" w:rsidRDefault="00353DAA" w:rsidP="00353DA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CFDC21C" w14:textId="462640FD" w:rsidR="00353DAA" w:rsidRPr="00B60498" w:rsidRDefault="00353DAA" w:rsidP="00353DA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축사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3E0C7FA4" w14:textId="6149F6C2" w:rsidR="00353DAA" w:rsidRPr="00B60498" w:rsidRDefault="00353DAA" w:rsidP="00353DAA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이경석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0899DC2" w14:textId="0718B8FD" w:rsidR="00353DAA" w:rsidRPr="00B60498" w:rsidRDefault="00353DAA" w:rsidP="00353DA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대한의사협회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의료감정원</w:t>
            </w:r>
          </w:p>
        </w:tc>
      </w:tr>
      <w:tr w:rsidR="00353DAA" w:rsidRPr="00B60498" w14:paraId="0C572A3D" w14:textId="77777777" w:rsidTr="00AF63D3">
        <w:trPr>
          <w:trHeight w:val="564"/>
        </w:trPr>
        <w:tc>
          <w:tcPr>
            <w:tcW w:w="137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B35895C" w14:textId="77777777" w:rsidR="00353DAA" w:rsidRPr="00B60498" w:rsidRDefault="00353DAA" w:rsidP="00353DA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FE369C4" w14:textId="62B1E446" w:rsidR="00353DAA" w:rsidRDefault="00353DAA" w:rsidP="00353DA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축사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225D2CE4" w14:textId="74D1BF33" w:rsidR="00353DAA" w:rsidRDefault="00353DAA" w:rsidP="00353DAA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고현송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6B8FF281" w14:textId="5EA57C1E" w:rsidR="00353DAA" w:rsidRDefault="00353DAA" w:rsidP="00353DA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대한신경외과학회 회장</w:t>
            </w:r>
          </w:p>
        </w:tc>
      </w:tr>
      <w:tr w:rsidR="00B60498" w:rsidRPr="00B60498" w14:paraId="586031E6" w14:textId="77777777" w:rsidTr="00721149">
        <w:trPr>
          <w:trHeight w:val="143"/>
        </w:trPr>
        <w:tc>
          <w:tcPr>
            <w:tcW w:w="10239" w:type="dxa"/>
            <w:gridSpan w:val="4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noWrap/>
            <w:vAlign w:val="center"/>
          </w:tcPr>
          <w:p w14:paraId="0E75CDAE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B60498" w:rsidRPr="00031309" w14:paraId="3651A46B" w14:textId="77777777" w:rsidTr="00AF29B4">
        <w:trPr>
          <w:trHeight w:val="455"/>
        </w:trPr>
        <w:tc>
          <w:tcPr>
            <w:tcW w:w="1370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8D3EF"/>
            <w:noWrap/>
            <w:vAlign w:val="center"/>
            <w:hideMark/>
          </w:tcPr>
          <w:p w14:paraId="522BCEF2" w14:textId="77777777" w:rsidR="00B60498" w:rsidRPr="00031309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Session I</w:t>
            </w:r>
          </w:p>
        </w:tc>
        <w:tc>
          <w:tcPr>
            <w:tcW w:w="5042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7C7AC"/>
            <w:noWrap/>
            <w:vAlign w:val="center"/>
            <w:hideMark/>
          </w:tcPr>
          <w:p w14:paraId="75AF0AAE" w14:textId="3875618E" w:rsidR="00B60498" w:rsidRPr="00031309" w:rsidRDefault="00B60498" w:rsidP="00625DEC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찾아가는 의료감정학회</w:t>
            </w:r>
            <w:r w:rsidR="00AF29B4"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187E0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충청</w:t>
            </w:r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noWrap/>
            <w:vAlign w:val="center"/>
            <w:hideMark/>
          </w:tcPr>
          <w:p w14:paraId="57399D36" w14:textId="693792DF" w:rsidR="00B60498" w:rsidRPr="00031309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좌장 </w:t>
            </w:r>
            <w:r w:rsidR="00B60498"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noWrap/>
            <w:vAlign w:val="center"/>
            <w:hideMark/>
          </w:tcPr>
          <w:p w14:paraId="5850FEF3" w14:textId="6ADF2642" w:rsidR="00B60498" w:rsidRPr="00031309" w:rsidRDefault="000D4AA6" w:rsidP="001D43E4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유찬종</w:t>
            </w:r>
            <w:proofErr w:type="spellEnd"/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가천대</w:t>
            </w:r>
            <w:proofErr w:type="spellEnd"/>
            <w:r w:rsidR="00B60498"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B60498" w:rsidRPr="00031309" w14:paraId="4AE096F0" w14:textId="77777777" w:rsidTr="00AF29B4">
        <w:trPr>
          <w:trHeight w:val="455"/>
        </w:trPr>
        <w:tc>
          <w:tcPr>
            <w:tcW w:w="1370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51D652D" w14:textId="77777777" w:rsidR="00B60498" w:rsidRPr="00031309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3BF540E" w14:textId="77777777" w:rsidR="00B60498" w:rsidRPr="00031309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vAlign w:val="center"/>
            <w:hideMark/>
          </w:tcPr>
          <w:p w14:paraId="5E08555B" w14:textId="42C217B1" w:rsidR="00B60498" w:rsidRPr="00031309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좌장</w:t>
            </w:r>
            <w:r w:rsidR="00B60498"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vAlign w:val="center"/>
            <w:hideMark/>
          </w:tcPr>
          <w:p w14:paraId="00BF6DB6" w14:textId="61FA2795" w:rsidR="00B60498" w:rsidRPr="00031309" w:rsidRDefault="00EC193C" w:rsidP="001D43E4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</w:pPr>
            <w:r w:rsidRPr="00031309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E82A0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고현송</w:t>
            </w:r>
            <w:proofErr w:type="spellEnd"/>
            <w:r w:rsidR="00C0288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C02882"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  <w:t>충남</w:t>
            </w:r>
            <w:r w:rsidR="0037779B" w:rsidRPr="00031309"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  <w:lang w:eastAsia="ko-KR"/>
              </w:rPr>
              <w:t>대</w:t>
            </w:r>
          </w:p>
        </w:tc>
      </w:tr>
      <w:tr w:rsidR="00E82A02" w:rsidRPr="00B60498" w14:paraId="36026379" w14:textId="77777777" w:rsidTr="00E82A02">
        <w:trPr>
          <w:trHeight w:val="452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50B5B65" w14:textId="3506111E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6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FBDE757" w14:textId="49F09DFB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의료감정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기본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360D08A" w14:textId="3CFB4A8E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이경석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42D3977" w14:textId="0F67F006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대한의사협회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의료감정원</w:t>
            </w:r>
          </w:p>
        </w:tc>
      </w:tr>
      <w:tr w:rsidR="00E82A02" w:rsidRPr="00B60498" w14:paraId="455D28FB" w14:textId="77777777" w:rsidTr="00AF29B4">
        <w:trPr>
          <w:trHeight w:val="452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09ABE2A" w14:textId="34521CF4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6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6:2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B7E4445" w14:textId="5742D63B" w:rsidR="00E82A02" w:rsidRPr="00E82A02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장애의 정의 및 영구장애, 한시장애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60E0460" w14:textId="116E6BB5" w:rsidR="00E82A02" w:rsidRPr="00E82A02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김다솔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2CAB3B6" w14:textId="3D07BA36" w:rsidR="00E82A02" w:rsidRPr="00E82A02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전북대</w:t>
            </w:r>
            <w:r w:rsidR="0053349F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 xml:space="preserve"> </w:t>
            </w:r>
            <w:r w:rsidR="0053349F"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  <w:t>재활의학과</w:t>
            </w:r>
          </w:p>
        </w:tc>
      </w:tr>
      <w:tr w:rsidR="00E82A02" w:rsidRPr="00031309" w14:paraId="7219BA7D" w14:textId="77777777" w:rsidTr="00E82A02">
        <w:trPr>
          <w:trHeight w:val="452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4AED940" w14:textId="50DF9D1C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16: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2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6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4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2D119E2" w14:textId="6ACA3392" w:rsidR="00E82A02" w:rsidRPr="00E82A02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기왕증</w:t>
            </w:r>
            <w:proofErr w:type="spellEnd"/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, 인과관계, 관여도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ADABE54" w14:textId="6A295CDA" w:rsidR="00E82A02" w:rsidRPr="00E82A02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안정태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4C48471" w14:textId="0D9A7B81" w:rsidR="00E82A02" w:rsidRPr="00E82A02" w:rsidRDefault="00E82A02" w:rsidP="00E82A02">
            <w:pPr>
              <w:spacing w:after="0" w:line="240" w:lineRule="auto"/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</w:pPr>
            <w:r w:rsidRPr="00E82A02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경상대</w:t>
            </w:r>
            <w:r w:rsidR="0053349F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 xml:space="preserve"> </w:t>
            </w:r>
            <w:r w:rsidR="0053349F"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  <w:t>정형외과</w:t>
            </w:r>
          </w:p>
        </w:tc>
      </w:tr>
      <w:tr w:rsidR="00E82A02" w:rsidRPr="00B60498" w14:paraId="26AF877C" w14:textId="77777777" w:rsidTr="00E82A02">
        <w:trPr>
          <w:trHeight w:val="452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0144CA3" w14:textId="3017B60F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6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4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0-17: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5CCF38B" w14:textId="44C32C0B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장애판정 실무: 개호 평가와 기대여명 산정의 이해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2A7C54F" w14:textId="0E7D7FE2" w:rsidR="00E82A02" w:rsidRPr="008E665F" w:rsidRDefault="00E82A02" w:rsidP="001A66BE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AF29B4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류제일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94928D1" w14:textId="5E5BFE45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한양대</w:t>
            </w:r>
            <w:r w:rsidR="0053349F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 xml:space="preserve"> </w:t>
            </w:r>
            <w:r w:rsidR="0053349F"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  <w:t>신경외과</w:t>
            </w:r>
          </w:p>
        </w:tc>
      </w:tr>
      <w:tr w:rsidR="00E82A02" w:rsidRPr="00B60498" w14:paraId="052CDBC1" w14:textId="77777777" w:rsidTr="00E82A02">
        <w:trPr>
          <w:trHeight w:val="407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6ED644F" w14:textId="7D54F84F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17: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7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C2DF062" w14:textId="304C1BFF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"대한의료감정학회 감정관리원" 소개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96BB699" w14:textId="72DAC1CD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오영민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448BAA3" w14:textId="6B52B0F8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전북대</w:t>
            </w:r>
            <w:r w:rsidR="0053349F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 xml:space="preserve"> </w:t>
            </w:r>
            <w:r w:rsidR="0053349F"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  <w:t>신경외과</w:t>
            </w:r>
          </w:p>
        </w:tc>
      </w:tr>
      <w:tr w:rsidR="00E82A02" w:rsidRPr="00B60498" w14:paraId="616B99E7" w14:textId="77777777" w:rsidTr="00721149">
        <w:trPr>
          <w:trHeight w:val="407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468A2B8" w14:textId="43AB9C19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7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8:0</w:t>
            </w:r>
            <w:r w:rsidRPr="00AF29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D374E67" w14:textId="3583BB51" w:rsidR="00E82A02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토의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DC78BEC" w14:textId="14204886" w:rsidR="00E82A02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B4FDA04" w14:textId="0C6830AE" w:rsidR="00E82A02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E82A02" w:rsidRPr="00B60498" w14:paraId="5B2C97AC" w14:textId="77777777" w:rsidTr="00DD2030">
        <w:trPr>
          <w:trHeight w:val="426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4F73B1B" w14:textId="69DA72D3" w:rsidR="00E82A02" w:rsidRPr="00AF29B4" w:rsidRDefault="00E82A02" w:rsidP="00E82A0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8: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00  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CA46E69" w14:textId="7C73F78B" w:rsidR="00E82A02" w:rsidRPr="00AF29B4" w:rsidRDefault="00E82A02" w:rsidP="00E82A0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폐회사</w:t>
            </w:r>
          </w:p>
        </w:tc>
      </w:tr>
    </w:tbl>
    <w:p w14:paraId="4BB339DF" w14:textId="77777777" w:rsidR="00B60498" w:rsidRDefault="00B60498">
      <w:pPr>
        <w:rPr>
          <w:rFonts w:eastAsia="맑은 고딕"/>
          <w:lang w:eastAsia="ko-KR"/>
        </w:rPr>
      </w:pPr>
    </w:p>
    <w:p w14:paraId="2F041E8F" w14:textId="5E8E62B5" w:rsidR="00A85B67" w:rsidRDefault="001D43E4">
      <w:pPr>
        <w:rPr>
          <w:rFonts w:eastAsia="맑은 고딕"/>
          <w:lang w:eastAsia="ko-KR"/>
        </w:rPr>
      </w:pPr>
      <w:r>
        <w:rPr>
          <w:rFonts w:ascii="굴림" w:eastAsia="굴림" w:hAnsi="굴림" w:cs="굴림"/>
          <w:noProof/>
          <w:sz w:val="24"/>
          <w:szCs w:val="24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93D7D" wp14:editId="7FA09667">
                <wp:simplePos x="0" y="0"/>
                <wp:positionH relativeFrom="margin">
                  <wp:align>left</wp:align>
                </wp:positionH>
                <wp:positionV relativeFrom="paragraph">
                  <wp:posOffset>219075</wp:posOffset>
                </wp:positionV>
                <wp:extent cx="6515100" cy="1200150"/>
                <wp:effectExtent l="0" t="0" r="0" b="0"/>
                <wp:wrapThrough wrapText="bothSides">
                  <wp:wrapPolygon edited="0">
                    <wp:start x="0" y="0"/>
                    <wp:lineTo x="0" y="21257"/>
                    <wp:lineTo x="21537" y="21257"/>
                    <wp:lineTo x="21537" y="0"/>
                    <wp:lineTo x="0" y="0"/>
                  </wp:wrapPolygon>
                </wp:wrapThrough>
                <wp:docPr id="72921529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150EC4" w14:textId="77777777" w:rsidR="00A85B67" w:rsidRPr="000906D9" w:rsidRDefault="00A85B67" w:rsidP="00FD0D74">
                            <w:pPr>
                              <w:pStyle w:val="a7"/>
                              <w:jc w:val="right"/>
                              <w:rPr>
                                <w:rFonts w:ascii="맑은 고딕" w:eastAsia="맑은 고딕" w:hAnsi="맑은 고딕" w:cs="굴림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</w:pPr>
                            <w:proofErr w:type="gramStart"/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>대한의료감정학회</w:t>
                            </w:r>
                            <w:r w:rsidRPr="000906D9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 xml:space="preserve">  [</w:t>
                            </w:r>
                            <w:proofErr w:type="spellStart"/>
                            <w:proofErr w:type="gramEnd"/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>직인생략</w:t>
                            </w:r>
                            <w:proofErr w:type="spellEnd"/>
                            <w:r w:rsidRPr="000906D9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>]</w:t>
                            </w:r>
                          </w:p>
                          <w:p w14:paraId="0F3D5B48" w14:textId="59F82786" w:rsidR="000906D9" w:rsidRPr="000906D9" w:rsidRDefault="00A85B67" w:rsidP="000906D9">
                            <w:pPr>
                              <w:pStyle w:val="a7"/>
                              <w:jc w:val="right"/>
                              <w:rPr>
                                <w:rFonts w:eastAsia="맑은 고딕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</w:pP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                    </w:t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0906D9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   </w:t>
                            </w:r>
                            <w:r w:rsidR="000906D9">
                              <w:rPr>
                                <w:rFonts w:eastAsia="맑은 고딕"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     </w:t>
                            </w:r>
                            <w:r w:rsidRPr="000906D9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회장</w:t>
                            </w:r>
                            <w:r w:rsidRPr="000906D9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유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찬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종</w:t>
                            </w:r>
                            <w:r w:rsidRPr="000906D9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</w:p>
                          <w:p w14:paraId="3E713C9A" w14:textId="18C3165B" w:rsidR="00A85B67" w:rsidRPr="000906D9" w:rsidRDefault="00A85B67" w:rsidP="000906D9">
                            <w:pPr>
                              <w:pStyle w:val="a7"/>
                              <w:ind w:firstLineChars="1700" w:firstLine="4080"/>
                              <w:jc w:val="right"/>
                              <w:rPr>
                                <w:rFonts w:ascii="돋움" w:eastAsia="맑은 고딕" w:hAnsi="돋움"/>
                                <w:b/>
                                <w:bCs/>
                                <w:spacing w:val="-4"/>
                                <w:w w:val="80"/>
                                <w:lang w:eastAsia="ko-KR"/>
                              </w:rPr>
                            </w:pP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총무</w:t>
                            </w:r>
                            <w:r w:rsidRPr="000906D9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오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영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민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893D7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7.25pt;width:513pt;height:9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" stroked="f">
                <v:textbox>
                  <w:txbxContent>
                    <w:p w14:paraId="4C150EC4" w14:textId="77777777" w:rsidR="00A85B67" w:rsidRPr="000906D9" w:rsidRDefault="00A85B67" w:rsidP="00FD0D74">
                      <w:pPr>
                        <w:pStyle w:val="a7"/>
                        <w:jc w:val="right"/>
                        <w:rPr>
                          <w:rFonts w:ascii="맑은 고딕" w:eastAsia="맑은 고딕" w:hAnsi="맑은 고딕" w:cs="굴림"/>
                          <w:b/>
                          <w:bCs/>
                          <w:sz w:val="28"/>
                          <w:szCs w:val="28"/>
                          <w:lang w:eastAsia="ko-KR"/>
                        </w:rPr>
                      </w:pP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>대한의료감정학회</w:t>
                      </w:r>
                      <w:r w:rsidRPr="000906D9">
                        <w:rPr>
                          <w:rFonts w:ascii="맑은 고딕" w:eastAsia="맑은 고딕" w:hAnsi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 xml:space="preserve">  [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>직인생략</w:t>
                      </w:r>
                      <w:r w:rsidRPr="000906D9">
                        <w:rPr>
                          <w:rFonts w:ascii="맑은 고딕" w:eastAsia="맑은 고딕" w:hAnsi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>]</w:t>
                      </w:r>
                    </w:p>
                    <w:p w14:paraId="0F3D5B48" w14:textId="59F82786" w:rsidR="000906D9" w:rsidRPr="000906D9" w:rsidRDefault="00A85B67" w:rsidP="000906D9">
                      <w:pPr>
                        <w:pStyle w:val="a7"/>
                        <w:jc w:val="right"/>
                        <w:rPr>
                          <w:rFonts w:eastAsia="맑은 고딕"/>
                          <w:b/>
                          <w:bCs/>
                          <w:sz w:val="24"/>
                          <w:szCs w:val="24"/>
                          <w:lang w:eastAsia="ko-KR"/>
                        </w:rPr>
                      </w:pP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 xml:space="preserve">                     </w:t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0906D9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 xml:space="preserve">    </w:t>
                      </w:r>
                      <w:r w:rsidR="000906D9">
                        <w:rPr>
                          <w:rFonts w:eastAsia="맑은 고딕" w:hint="eastAsia"/>
                          <w:sz w:val="24"/>
                          <w:szCs w:val="24"/>
                          <w:lang w:eastAsia="ko-KR"/>
                        </w:rPr>
                        <w:t xml:space="preserve">      </w:t>
                      </w:r>
                      <w:r w:rsidRPr="000906D9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회장</w:t>
                      </w:r>
                      <w:r w:rsidRPr="000906D9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유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찬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종</w:t>
                      </w:r>
                      <w:r w:rsidRPr="000906D9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</w:p>
                    <w:p w14:paraId="3E713C9A" w14:textId="18C3165B" w:rsidR="00A85B67" w:rsidRPr="000906D9" w:rsidRDefault="00A85B67" w:rsidP="000906D9">
                      <w:pPr>
                        <w:pStyle w:val="a7"/>
                        <w:ind w:firstLineChars="1700" w:firstLine="4080"/>
                        <w:jc w:val="right"/>
                        <w:rPr>
                          <w:rFonts w:ascii="돋움" w:eastAsia="맑은 고딕" w:hAnsi="돋움"/>
                          <w:b/>
                          <w:bCs/>
                          <w:spacing w:val="-4"/>
                          <w:w w:val="80"/>
                          <w:lang w:eastAsia="ko-KR"/>
                        </w:rPr>
                      </w:pP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총무</w:t>
                      </w:r>
                      <w:r w:rsidRPr="000906D9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오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영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민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E20443E" w14:textId="77777777" w:rsidR="00840B62" w:rsidRDefault="00840B62">
      <w:pPr>
        <w:rPr>
          <w:rFonts w:eastAsia="맑은 고딕"/>
          <w:lang w:eastAsia="ko-KR"/>
        </w:rPr>
      </w:pPr>
    </w:p>
    <w:p w14:paraId="69EBC417" w14:textId="77777777" w:rsidR="00840B62" w:rsidRDefault="00840B62">
      <w:pPr>
        <w:rPr>
          <w:rFonts w:eastAsia="맑은 고딕"/>
          <w:lang w:eastAsia="ko-KR"/>
        </w:rPr>
      </w:pPr>
    </w:p>
    <w:p w14:paraId="55E4389D" w14:textId="77777777" w:rsidR="00840B62" w:rsidRDefault="00840B62">
      <w:pPr>
        <w:rPr>
          <w:rFonts w:eastAsia="맑은 고딕"/>
          <w:lang w:eastAsia="ko-KR"/>
        </w:rPr>
      </w:pPr>
    </w:p>
    <w:p w14:paraId="7C175D64" w14:textId="77777777" w:rsidR="00840B62" w:rsidRDefault="00840B62">
      <w:pPr>
        <w:rPr>
          <w:rFonts w:eastAsia="맑은 고딕"/>
          <w:lang w:eastAsia="ko-KR"/>
        </w:rPr>
      </w:pPr>
    </w:p>
    <w:tbl>
      <w:tblPr>
        <w:tblW w:w="14018" w:type="dxa"/>
        <w:tblInd w:w="4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7"/>
        <w:gridCol w:w="1275"/>
        <w:gridCol w:w="5529"/>
        <w:gridCol w:w="4927"/>
      </w:tblGrid>
      <w:tr w:rsidR="00840B62" w:rsidRPr="001D43E4" w14:paraId="51BDB17A" w14:textId="77777777" w:rsidTr="00662E32">
        <w:trPr>
          <w:gridAfter w:val="1"/>
          <w:wAfter w:w="4927" w:type="dxa"/>
          <w:trHeight w:val="1256"/>
        </w:trPr>
        <w:tc>
          <w:tcPr>
            <w:tcW w:w="9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5AD6D9" w14:textId="040B33F1" w:rsidR="00840B62" w:rsidRPr="00024C37" w:rsidRDefault="00840B62" w:rsidP="00662E32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</w:pPr>
            <w:r w:rsidRPr="00024C37"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사전등록</w:t>
            </w:r>
            <w:r w:rsidR="000830EB"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_</w:t>
            </w:r>
            <w:r w:rsidR="008E2D4F" w:rsidRPr="00024C37"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신청서</w:t>
            </w:r>
          </w:p>
          <w:p w14:paraId="0EF114F5" w14:textId="40B07BC4" w:rsidR="00840B62" w:rsidRPr="00024C37" w:rsidRDefault="00840B62" w:rsidP="00662E32">
            <w:pPr>
              <w:spacing w:after="0" w:line="240" w:lineRule="auto"/>
              <w:jc w:val="center"/>
              <w:rPr>
                <w:rFonts w:eastAsia="맑은 고딕"/>
                <w:sz w:val="26"/>
                <w:szCs w:val="26"/>
                <w:lang w:eastAsia="ko-KR"/>
              </w:rPr>
            </w:pPr>
            <w:r w:rsidRPr="00024C37">
              <w:rPr>
                <w:rFonts w:eastAsia="맑은 고딕" w:hint="eastAsia"/>
                <w:sz w:val="26"/>
                <w:szCs w:val="26"/>
                <w:lang w:eastAsia="ko-KR"/>
              </w:rPr>
              <w:t>찾아가는</w:t>
            </w:r>
            <w:r w:rsidRPr="00024C37">
              <w:rPr>
                <w:rFonts w:eastAsia="맑은 고딕" w:hint="eastAsia"/>
                <w:sz w:val="26"/>
                <w:szCs w:val="26"/>
                <w:lang w:eastAsia="ko-KR"/>
              </w:rPr>
              <w:t xml:space="preserve"> </w:t>
            </w:r>
            <w:r w:rsidRPr="00024C37">
              <w:rPr>
                <w:rFonts w:eastAsia="맑은 고딕" w:hint="eastAsia"/>
                <w:sz w:val="26"/>
                <w:szCs w:val="26"/>
                <w:lang w:eastAsia="ko-KR"/>
              </w:rPr>
              <w:t>의료감정학회</w:t>
            </w:r>
            <w:r w:rsidRPr="00024C37">
              <w:rPr>
                <w:rFonts w:eastAsia="맑은 고딕" w:hint="eastAsia"/>
                <w:sz w:val="26"/>
                <w:szCs w:val="26"/>
                <w:lang w:eastAsia="ko-KR"/>
              </w:rPr>
              <w:t xml:space="preserve"> </w:t>
            </w:r>
            <w:r w:rsidRPr="00024C37">
              <w:rPr>
                <w:rFonts w:eastAsia="맑은 고딕" w:hint="eastAsia"/>
                <w:sz w:val="26"/>
                <w:szCs w:val="26"/>
                <w:lang w:eastAsia="ko-KR"/>
              </w:rPr>
              <w:t>충청</w:t>
            </w:r>
            <w:r w:rsidRPr="00024C37">
              <w:rPr>
                <w:rFonts w:eastAsia="맑은 고딕" w:hint="eastAsia"/>
                <w:sz w:val="26"/>
                <w:szCs w:val="26"/>
                <w:lang w:eastAsia="ko-KR"/>
              </w:rPr>
              <w:t xml:space="preserve"> </w:t>
            </w:r>
            <w:r w:rsidRPr="00024C37">
              <w:rPr>
                <w:rFonts w:ascii="맑은 고딕" w:eastAsia="맑은 고딕" w:hAnsi="맑은 고딕"/>
                <w:sz w:val="26"/>
                <w:szCs w:val="26"/>
                <w:lang w:eastAsia="ko-KR"/>
              </w:rPr>
              <w:t>(2026.</w:t>
            </w:r>
            <w:r w:rsidRPr="00024C37">
              <w:rPr>
                <w:rFonts w:ascii="맑은 고딕" w:eastAsia="맑은 고딕" w:hAnsi="맑은 고딕" w:hint="eastAsia"/>
                <w:sz w:val="26"/>
                <w:szCs w:val="26"/>
                <w:lang w:eastAsia="ko-KR"/>
              </w:rPr>
              <w:t xml:space="preserve"> 11. 13</w:t>
            </w:r>
            <w:r w:rsidRPr="00024C37">
              <w:rPr>
                <w:rFonts w:ascii="맑은 고딕" w:eastAsia="맑은 고딕" w:hAnsi="맑은 고딕"/>
                <w:sz w:val="26"/>
                <w:szCs w:val="26"/>
                <w:lang w:eastAsia="ko-KR"/>
              </w:rPr>
              <w:t>.</w:t>
            </w:r>
            <w:r w:rsidRPr="00024C37">
              <w:rPr>
                <w:rFonts w:ascii="맑은 고딕" w:eastAsia="맑은 고딕" w:hAnsi="맑은 고딕" w:hint="eastAsia"/>
                <w:sz w:val="26"/>
                <w:szCs w:val="26"/>
                <w:lang w:eastAsia="ko-KR"/>
              </w:rPr>
              <w:t xml:space="preserve"> 금</w:t>
            </w:r>
            <w:r w:rsidRPr="00024C37">
              <w:rPr>
                <w:rFonts w:ascii="맑은 고딕" w:eastAsia="맑은 고딕" w:hAnsi="맑은 고딕"/>
                <w:sz w:val="26"/>
                <w:szCs w:val="26"/>
                <w:lang w:eastAsia="ko-KR"/>
              </w:rPr>
              <w:t>)</w:t>
            </w:r>
          </w:p>
        </w:tc>
      </w:tr>
      <w:tr w:rsidR="00840B62" w:rsidRPr="001D43E4" w14:paraId="367F4430" w14:textId="77777777" w:rsidTr="00662E32">
        <w:trPr>
          <w:gridAfter w:val="1"/>
          <w:wAfter w:w="4927" w:type="dxa"/>
          <w:trHeight w:val="85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54E712E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사전등록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마감일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D58E613" w14:textId="614D2C61" w:rsidR="00840B62" w:rsidRPr="00FD2750" w:rsidRDefault="00840B62" w:rsidP="00662E32">
            <w:pPr>
              <w:pStyle w:val="a7"/>
              <w:rPr>
                <w:rFonts w:ascii="맑은 고딕" w:eastAsia="맑은 고딕" w:hAnsi="맑은 고딕"/>
                <w:lang w:eastAsia="ko-KR"/>
              </w:rPr>
            </w:pPr>
            <w:r w:rsidRPr="00FD2750">
              <w:rPr>
                <w:rFonts w:ascii="맑은 고딕" w:eastAsia="맑은 고딕" w:hAnsi="맑은 고딕" w:hint="eastAsia"/>
              </w:rPr>
              <w:t>2026</w:t>
            </w:r>
            <w:proofErr w:type="gramStart"/>
            <w:r w:rsidRPr="00FD2750">
              <w:rPr>
                <w:rFonts w:ascii="맑은 고딕" w:eastAsia="맑은 고딕" w:hAnsi="맑은 고딕" w:cs="맑은 고딕" w:hint="eastAsia"/>
              </w:rPr>
              <w:t>년</w:t>
            </w:r>
            <w:r w:rsidRPr="00FD2750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 w:rsidRPr="00FD2750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11</w:t>
            </w:r>
            <w:r w:rsidRPr="00FD2750">
              <w:rPr>
                <w:rFonts w:ascii="맑은 고딕" w:eastAsia="맑은 고딕" w:hAnsi="맑은 고딕" w:cs="맑은 고딕" w:hint="eastAsia"/>
              </w:rPr>
              <w:t>월</w:t>
            </w:r>
            <w:r w:rsidRPr="00FD2750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 w:rsidRPr="00FD2750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9</w:t>
            </w:r>
            <w:proofErr w:type="gramEnd"/>
            <w:r w:rsidRPr="00FD2750">
              <w:rPr>
                <w:rFonts w:ascii="맑은 고딕" w:eastAsia="맑은 고딕" w:hAnsi="맑은 고딕" w:cs="맑은 고딕" w:hint="eastAsia"/>
              </w:rPr>
              <w:t>일</w:t>
            </w:r>
            <w:r w:rsidRPr="00FD2750">
              <w:rPr>
                <w:rFonts w:ascii="맑은 고딕" w:eastAsia="맑은 고딕" w:hAnsi="맑은 고딕" w:hint="eastAsia"/>
                <w:lang w:eastAsia="ko-KR"/>
              </w:rPr>
              <w:t xml:space="preserve"> (</w:t>
            </w:r>
            <w:r>
              <w:rPr>
                <w:rFonts w:ascii="맑은 고딕" w:eastAsia="맑은 고딕" w:hAnsi="맑은 고딕" w:hint="eastAsia"/>
                <w:lang w:eastAsia="ko-KR"/>
              </w:rPr>
              <w:t>월</w:t>
            </w:r>
            <w:r w:rsidRPr="00FD2750">
              <w:rPr>
                <w:rFonts w:ascii="맑은 고딕" w:eastAsia="맑은 고딕" w:hAnsi="맑은 고딕" w:cs="맑은 고딕" w:hint="eastAsia"/>
                <w:lang w:eastAsia="ko-KR"/>
              </w:rPr>
              <w:t>요일</w:t>
            </w:r>
            <w:r w:rsidRPr="00FD2750">
              <w:rPr>
                <w:rFonts w:ascii="맑은 고딕" w:eastAsia="맑은 고딕" w:hAnsi="맑은 고딕" w:hint="eastAsia"/>
                <w:lang w:eastAsia="ko-KR"/>
              </w:rPr>
              <w:t>)</w:t>
            </w:r>
          </w:p>
        </w:tc>
      </w:tr>
      <w:tr w:rsidR="00840B62" w:rsidRPr="001D43E4" w14:paraId="2D8E58A4" w14:textId="77777777" w:rsidTr="00662E32">
        <w:trPr>
          <w:gridAfter w:val="1"/>
          <w:wAfter w:w="4927" w:type="dxa"/>
          <w:trHeight w:val="85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B67C4BF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사전등록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방법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6F3AF06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신청서를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 xml:space="preserve">작성 </w:t>
            </w:r>
            <w:proofErr w:type="gramStart"/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 xml:space="preserve">후 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hint="eastAsia"/>
                <w:color w:val="C00000"/>
                <w:sz w:val="24"/>
                <w:szCs w:val="24"/>
                <w:lang w:eastAsia="ko-KR"/>
              </w:rPr>
              <w:t>E-mail</w:t>
            </w:r>
            <w:proofErr w:type="gramEnd"/>
            <w:r w:rsidRPr="000906D9">
              <w:rPr>
                <w:rFonts w:ascii="맑은 고딕" w:eastAsia="맑은 고딕" w:hAnsi="맑은 고딕" w:hint="eastAsia"/>
                <w:color w:val="C00000"/>
                <w:sz w:val="24"/>
                <w:szCs w:val="24"/>
                <w:lang w:eastAsia="ko-KR"/>
              </w:rPr>
              <w:t xml:space="preserve"> : kaime@gilhospital.com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로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보내주시기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바랍니다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.</w:t>
            </w:r>
          </w:p>
        </w:tc>
      </w:tr>
      <w:tr w:rsidR="00840B62" w:rsidRPr="001D43E4" w14:paraId="0B4B41E9" w14:textId="77777777" w:rsidTr="00662E32">
        <w:trPr>
          <w:gridAfter w:val="1"/>
          <w:wAfter w:w="4927" w:type="dxa"/>
          <w:trHeight w:val="85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8EB4ECA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등록비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4F81BD" w:themeColor="accent1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63A729A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무료</w:t>
            </w:r>
          </w:p>
        </w:tc>
      </w:tr>
      <w:tr w:rsidR="00840B62" w:rsidRPr="001D43E4" w14:paraId="540619F3" w14:textId="77777777" w:rsidTr="00662E32">
        <w:trPr>
          <w:gridAfter w:val="1"/>
          <w:wAfter w:w="4927" w:type="dxa"/>
          <w:trHeight w:val="737"/>
        </w:trPr>
        <w:tc>
          <w:tcPr>
            <w:tcW w:w="22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12C3174" w14:textId="77777777" w:rsidR="00840B62" w:rsidRPr="00FD2750" w:rsidRDefault="00840B62" w:rsidP="00662E32">
            <w:pPr>
              <w:pStyle w:val="a7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  <w:lang w:eastAsia="ko-KR"/>
              </w:rPr>
            </w:pPr>
            <w:r w:rsidRPr="00FD2750">
              <w:rPr>
                <w:rFonts w:ascii="맑은 고딕" w:eastAsia="맑은 고딕" w:hAnsi="맑은 고딕" w:cs="맑은 고딕" w:hint="eastAsia"/>
                <w:b/>
                <w:bCs/>
                <w:sz w:val="28"/>
                <w:szCs w:val="28"/>
                <w:lang w:eastAsia="ko-KR"/>
              </w:rPr>
              <w:t>신청서</w:t>
            </w:r>
          </w:p>
          <w:p w14:paraId="7772169D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6EDA7F51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4F53310C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458D857B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61469DA4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6D1A943C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2FB5C513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6B56265E" w14:textId="77777777" w:rsidR="00840B62" w:rsidRDefault="00840B62" w:rsidP="00662E32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630AD464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182DE11" w14:textId="77777777" w:rsidR="00840B62" w:rsidRPr="000906D9" w:rsidRDefault="00840B62" w:rsidP="00662E32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성명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8DEE92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</w:tr>
      <w:tr w:rsidR="00840B62" w:rsidRPr="001D43E4" w14:paraId="02B437AE" w14:textId="77777777" w:rsidTr="00662E32">
        <w:trPr>
          <w:trHeight w:val="737"/>
        </w:trPr>
        <w:tc>
          <w:tcPr>
            <w:tcW w:w="2287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91E60FD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D7B77FD" w14:textId="77777777" w:rsidR="00840B62" w:rsidRPr="000906D9" w:rsidRDefault="00840B62" w:rsidP="00662E32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소속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B719F3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4927" w:type="dxa"/>
            <w:tcBorders>
              <w:left w:val="single" w:sz="12" w:space="0" w:color="auto"/>
            </w:tcBorders>
            <w:vAlign w:val="center"/>
          </w:tcPr>
          <w:p w14:paraId="6F6B4EA0" w14:textId="77777777" w:rsidR="00840B62" w:rsidRPr="001D43E4" w:rsidRDefault="00840B62" w:rsidP="00662E32">
            <w:pPr>
              <w:rPr>
                <w:rFonts w:eastAsia="맑은 고딕"/>
                <w:lang w:eastAsia="ko-KR"/>
              </w:rPr>
            </w:pPr>
          </w:p>
        </w:tc>
      </w:tr>
      <w:tr w:rsidR="00840B62" w:rsidRPr="001D43E4" w14:paraId="7BB1FF93" w14:textId="77777777" w:rsidTr="00662E32">
        <w:trPr>
          <w:gridAfter w:val="1"/>
          <w:wAfter w:w="4927" w:type="dxa"/>
          <w:trHeight w:val="737"/>
        </w:trPr>
        <w:tc>
          <w:tcPr>
            <w:tcW w:w="2287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6C8C2E2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EE94C8A" w14:textId="77777777" w:rsidR="00840B62" w:rsidRPr="000906D9" w:rsidRDefault="00840B62" w:rsidP="00662E32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연락처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2A4552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</w:tr>
      <w:tr w:rsidR="00840B62" w:rsidRPr="001D43E4" w14:paraId="545A1F9E" w14:textId="77777777" w:rsidTr="00662E32">
        <w:trPr>
          <w:gridAfter w:val="1"/>
          <w:wAfter w:w="4927" w:type="dxa"/>
          <w:trHeight w:val="737"/>
        </w:trPr>
        <w:tc>
          <w:tcPr>
            <w:tcW w:w="2287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6A6B1B8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3FCE1D7" w14:textId="77777777" w:rsidR="00840B62" w:rsidRPr="000906D9" w:rsidRDefault="00840B62" w:rsidP="00662E32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이메일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70FB01" w14:textId="77777777" w:rsidR="00840B62" w:rsidRPr="000906D9" w:rsidRDefault="00840B62" w:rsidP="00662E32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</w:tr>
      <w:tr w:rsidR="00840B62" w:rsidRPr="001D43E4" w14:paraId="25C57B9C" w14:textId="77777777" w:rsidTr="00662E32">
        <w:trPr>
          <w:gridAfter w:val="1"/>
          <w:wAfter w:w="4927" w:type="dxa"/>
          <w:trHeight w:val="1085"/>
        </w:trPr>
        <w:tc>
          <w:tcPr>
            <w:tcW w:w="228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7BCA77" w14:textId="77777777" w:rsidR="00840B62" w:rsidRPr="001D43E4" w:rsidRDefault="00840B62" w:rsidP="00662E32">
            <w:pPr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812F772" w14:textId="77777777" w:rsidR="00840B62" w:rsidRPr="000906D9" w:rsidRDefault="00840B62" w:rsidP="00662E32">
            <w:pPr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비고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AB9D71" w14:textId="77777777" w:rsidR="00840B62" w:rsidRDefault="00840B62" w:rsidP="00662E32">
            <w:pPr>
              <w:spacing w:after="0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의사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간호사  (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</w:p>
          <w:p w14:paraId="44C3C766" w14:textId="77777777" w:rsidR="00840B62" w:rsidRPr="001D43E4" w:rsidRDefault="00840B62" w:rsidP="00662E32">
            <w:pPr>
              <w:spacing w:after="0"/>
              <w:ind w:firstLineChars="100" w:firstLine="240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법조인  (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보험관련(  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    )</w:t>
            </w:r>
          </w:p>
        </w:tc>
      </w:tr>
      <w:tr w:rsidR="00840B62" w:rsidRPr="001D43E4" w14:paraId="6996B209" w14:textId="77777777" w:rsidTr="00662E32">
        <w:trPr>
          <w:gridAfter w:val="1"/>
          <w:wAfter w:w="4927" w:type="dxa"/>
          <w:trHeight w:val="1531"/>
        </w:trPr>
        <w:tc>
          <w:tcPr>
            <w:tcW w:w="22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423C433" w14:textId="77777777" w:rsidR="00840B62" w:rsidRPr="000906D9" w:rsidRDefault="00840B62" w:rsidP="00662E32">
            <w:pPr>
              <w:spacing w:after="0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문의 및 사전접수</w:t>
            </w:r>
          </w:p>
        </w:tc>
        <w:tc>
          <w:tcPr>
            <w:tcW w:w="6804" w:type="dxa"/>
            <w:gridSpan w:val="2"/>
            <w:tcBorders>
              <w:top w:val="single" w:sz="12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B2A98AB" w14:textId="77777777" w:rsidR="00840B62" w:rsidRPr="000906D9" w:rsidRDefault="00840B62" w:rsidP="00662E32">
            <w:pPr>
              <w:spacing w:after="0" w:line="240" w:lineRule="auto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spellStart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가천대길병원</w:t>
            </w:r>
            <w:proofErr w:type="spellEnd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신경외과학 교실</w:t>
            </w:r>
          </w:p>
          <w:p w14:paraId="7C2F9E2D" w14:textId="77777777" w:rsidR="00840B62" w:rsidRPr="000906D9" w:rsidRDefault="00840B62" w:rsidP="00662E32">
            <w:pPr>
              <w:spacing w:after="0" w:line="240" w:lineRule="auto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gramStart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Tel :</w:t>
            </w:r>
            <w:proofErr w:type="gramEnd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032-460-3304</w:t>
            </w:r>
          </w:p>
          <w:p w14:paraId="49D41E2E" w14:textId="77777777" w:rsidR="00840B62" w:rsidRPr="000906D9" w:rsidRDefault="00840B62" w:rsidP="00662E32">
            <w:pPr>
              <w:spacing w:after="0" w:line="240" w:lineRule="auto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gramStart"/>
            <w:r w:rsidRPr="00FD0D74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E-mail :</w:t>
            </w:r>
            <w:proofErr w:type="gramEnd"/>
            <w:r w:rsidRPr="00FD0D74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kaime@gilhospital.com</w:t>
            </w:r>
          </w:p>
        </w:tc>
      </w:tr>
    </w:tbl>
    <w:p w14:paraId="32AAE694" w14:textId="77777777" w:rsidR="00840B62" w:rsidRPr="00840B62" w:rsidRDefault="00840B62">
      <w:pPr>
        <w:rPr>
          <w:rFonts w:eastAsia="맑은 고딕"/>
          <w:lang w:eastAsia="ko-KR"/>
        </w:rPr>
      </w:pPr>
    </w:p>
    <w:sectPr w:rsidR="00840B62" w:rsidRPr="00840B62" w:rsidSect="00C85346">
      <w:pgSz w:w="12240" w:h="15840"/>
      <w:pgMar w:top="680" w:right="1021" w:bottom="680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402C0" w14:textId="77777777" w:rsidR="000C61CC" w:rsidRDefault="000C61CC" w:rsidP="0013610A">
      <w:pPr>
        <w:spacing w:after="0" w:line="240" w:lineRule="auto"/>
      </w:pPr>
      <w:r>
        <w:separator/>
      </w:r>
    </w:p>
  </w:endnote>
  <w:endnote w:type="continuationSeparator" w:id="0">
    <w:p w14:paraId="25E52AF0" w14:textId="77777777" w:rsidR="000C61CC" w:rsidRDefault="000C61CC" w:rsidP="00136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C3B4B" w14:textId="77777777" w:rsidR="000C61CC" w:rsidRDefault="000C61CC" w:rsidP="0013610A">
      <w:pPr>
        <w:spacing w:after="0" w:line="240" w:lineRule="auto"/>
      </w:pPr>
      <w:r>
        <w:separator/>
      </w:r>
    </w:p>
  </w:footnote>
  <w:footnote w:type="continuationSeparator" w:id="0">
    <w:p w14:paraId="30C5BF15" w14:textId="77777777" w:rsidR="000C61CC" w:rsidRDefault="000C61CC" w:rsidP="00136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9135833">
    <w:abstractNumId w:val="8"/>
  </w:num>
  <w:num w:numId="2" w16cid:durableId="1969047092">
    <w:abstractNumId w:val="6"/>
  </w:num>
  <w:num w:numId="3" w16cid:durableId="758990882">
    <w:abstractNumId w:val="5"/>
  </w:num>
  <w:num w:numId="4" w16cid:durableId="1365785803">
    <w:abstractNumId w:val="4"/>
  </w:num>
  <w:num w:numId="5" w16cid:durableId="1927375401">
    <w:abstractNumId w:val="7"/>
  </w:num>
  <w:num w:numId="6" w16cid:durableId="645822988">
    <w:abstractNumId w:val="3"/>
  </w:num>
  <w:num w:numId="7" w16cid:durableId="1073623377">
    <w:abstractNumId w:val="2"/>
  </w:num>
  <w:num w:numId="8" w16cid:durableId="1012147007">
    <w:abstractNumId w:val="1"/>
  </w:num>
  <w:num w:numId="9" w16cid:durableId="246815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157A"/>
    <w:rsid w:val="00024C37"/>
    <w:rsid w:val="00031309"/>
    <w:rsid w:val="00031685"/>
    <w:rsid w:val="00034616"/>
    <w:rsid w:val="00042F8C"/>
    <w:rsid w:val="0006063C"/>
    <w:rsid w:val="000830EB"/>
    <w:rsid w:val="000906D9"/>
    <w:rsid w:val="000A6B3A"/>
    <w:rsid w:val="000C3506"/>
    <w:rsid w:val="000C61CC"/>
    <w:rsid w:val="000D4AA6"/>
    <w:rsid w:val="000F11A2"/>
    <w:rsid w:val="000F3881"/>
    <w:rsid w:val="0011305F"/>
    <w:rsid w:val="0013610A"/>
    <w:rsid w:val="001445B0"/>
    <w:rsid w:val="0015074B"/>
    <w:rsid w:val="001833EA"/>
    <w:rsid w:val="00187D2E"/>
    <w:rsid w:val="00187E08"/>
    <w:rsid w:val="001936B5"/>
    <w:rsid w:val="001A66BE"/>
    <w:rsid w:val="001B157B"/>
    <w:rsid w:val="001B28E1"/>
    <w:rsid w:val="001D43E4"/>
    <w:rsid w:val="00267210"/>
    <w:rsid w:val="00275A90"/>
    <w:rsid w:val="00277FE2"/>
    <w:rsid w:val="00280D10"/>
    <w:rsid w:val="002953A0"/>
    <w:rsid w:val="0029639D"/>
    <w:rsid w:val="002A3412"/>
    <w:rsid w:val="002E4452"/>
    <w:rsid w:val="0030105E"/>
    <w:rsid w:val="003268C4"/>
    <w:rsid w:val="00326F90"/>
    <w:rsid w:val="003318A0"/>
    <w:rsid w:val="00346844"/>
    <w:rsid w:val="00353DAA"/>
    <w:rsid w:val="0037779B"/>
    <w:rsid w:val="003A500F"/>
    <w:rsid w:val="0042209F"/>
    <w:rsid w:val="00444C9C"/>
    <w:rsid w:val="004504CE"/>
    <w:rsid w:val="00491AA4"/>
    <w:rsid w:val="004B197C"/>
    <w:rsid w:val="004C662A"/>
    <w:rsid w:val="004D367F"/>
    <w:rsid w:val="00505E28"/>
    <w:rsid w:val="005274D2"/>
    <w:rsid w:val="0053349F"/>
    <w:rsid w:val="00582156"/>
    <w:rsid w:val="005E1878"/>
    <w:rsid w:val="0060026A"/>
    <w:rsid w:val="00620685"/>
    <w:rsid w:val="00625DEC"/>
    <w:rsid w:val="00625E8F"/>
    <w:rsid w:val="006547A7"/>
    <w:rsid w:val="00655BB9"/>
    <w:rsid w:val="00672424"/>
    <w:rsid w:val="006A3C23"/>
    <w:rsid w:val="006D27E8"/>
    <w:rsid w:val="006E426C"/>
    <w:rsid w:val="006F3825"/>
    <w:rsid w:val="007010D1"/>
    <w:rsid w:val="00721149"/>
    <w:rsid w:val="00764580"/>
    <w:rsid w:val="00770A7A"/>
    <w:rsid w:val="00785D75"/>
    <w:rsid w:val="007B750E"/>
    <w:rsid w:val="007C70CD"/>
    <w:rsid w:val="00840B62"/>
    <w:rsid w:val="00863274"/>
    <w:rsid w:val="008E2D4F"/>
    <w:rsid w:val="008E665F"/>
    <w:rsid w:val="0090751E"/>
    <w:rsid w:val="00930841"/>
    <w:rsid w:val="00943295"/>
    <w:rsid w:val="00947BF4"/>
    <w:rsid w:val="009C74A3"/>
    <w:rsid w:val="00A00245"/>
    <w:rsid w:val="00A11B05"/>
    <w:rsid w:val="00A14F86"/>
    <w:rsid w:val="00A37678"/>
    <w:rsid w:val="00A81D65"/>
    <w:rsid w:val="00A85B67"/>
    <w:rsid w:val="00AA1D8D"/>
    <w:rsid w:val="00AA634F"/>
    <w:rsid w:val="00AB1364"/>
    <w:rsid w:val="00AD73AB"/>
    <w:rsid w:val="00AF29B4"/>
    <w:rsid w:val="00B15EFA"/>
    <w:rsid w:val="00B232AA"/>
    <w:rsid w:val="00B47730"/>
    <w:rsid w:val="00B541BD"/>
    <w:rsid w:val="00B60498"/>
    <w:rsid w:val="00B6394C"/>
    <w:rsid w:val="00B71150"/>
    <w:rsid w:val="00B81987"/>
    <w:rsid w:val="00BE0391"/>
    <w:rsid w:val="00BF69E9"/>
    <w:rsid w:val="00C02882"/>
    <w:rsid w:val="00C12156"/>
    <w:rsid w:val="00C41EBD"/>
    <w:rsid w:val="00C4655B"/>
    <w:rsid w:val="00C47D99"/>
    <w:rsid w:val="00C60BE2"/>
    <w:rsid w:val="00C62A64"/>
    <w:rsid w:val="00C65DB7"/>
    <w:rsid w:val="00C85346"/>
    <w:rsid w:val="00CA4956"/>
    <w:rsid w:val="00CB0664"/>
    <w:rsid w:val="00D90DB1"/>
    <w:rsid w:val="00DB7BDD"/>
    <w:rsid w:val="00DB7DF1"/>
    <w:rsid w:val="00DC27B3"/>
    <w:rsid w:val="00DD2030"/>
    <w:rsid w:val="00DD44B9"/>
    <w:rsid w:val="00E10C5B"/>
    <w:rsid w:val="00E113A4"/>
    <w:rsid w:val="00E1506E"/>
    <w:rsid w:val="00E172CF"/>
    <w:rsid w:val="00E44826"/>
    <w:rsid w:val="00E478CD"/>
    <w:rsid w:val="00E5241D"/>
    <w:rsid w:val="00E82A02"/>
    <w:rsid w:val="00EC193C"/>
    <w:rsid w:val="00F73A29"/>
    <w:rsid w:val="00FA60B9"/>
    <w:rsid w:val="00FC693F"/>
    <w:rsid w:val="00FD0D74"/>
    <w:rsid w:val="00FD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805162"/>
  <w14:defaultImageDpi w14:val="330"/>
  <w15:docId w15:val="{AC420F76-159B-47B8-9116-0F6520C5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ff1">
    <w:name w:val="바탕글"/>
    <w:uiPriority w:val="99"/>
    <w:rsid w:val="0013610A"/>
    <w:pPr>
      <w:widowControl w:val="0"/>
      <w:shd w:val="clear" w:color="auto" w:fill="FFFFFF"/>
      <w:wordWrap w:val="0"/>
      <w:autoSpaceDE w:val="0"/>
      <w:autoSpaceDN w:val="0"/>
      <w:snapToGrid w:val="0"/>
      <w:spacing w:after="0" w:line="360" w:lineRule="auto"/>
      <w:jc w:val="both"/>
    </w:pPr>
    <w:rPr>
      <w:rFonts w:ascii="한양신명조" w:eastAsia="한양신명조" w:hAnsi="한양신명조"/>
      <w:color w:val="000000"/>
      <w:kern w:val="2"/>
      <w:sz w:val="20"/>
      <w:lang w:eastAsia="ko-KR"/>
    </w:rPr>
  </w:style>
  <w:style w:type="character" w:styleId="aff2">
    <w:name w:val="Hyperlink"/>
    <w:basedOn w:val="a2"/>
    <w:uiPriority w:val="99"/>
    <w:unhideWhenUsed/>
    <w:rsid w:val="001D43E4"/>
    <w:rPr>
      <w:color w:val="0000FF" w:themeColor="hyperlink"/>
      <w:u w:val="single"/>
    </w:rPr>
  </w:style>
  <w:style w:type="character" w:styleId="aff3">
    <w:name w:val="Unresolved Mention"/>
    <w:basedOn w:val="a2"/>
    <w:uiPriority w:val="99"/>
    <w:semiHidden/>
    <w:unhideWhenUsed/>
    <w:rsid w:val="001D4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0C3CBB-820F-4804-B685-D0BE8A80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오영민</cp:lastModifiedBy>
  <cp:revision>6</cp:revision>
  <cp:lastPrinted>2026-10-21T00:53:00Z</cp:lastPrinted>
  <dcterms:created xsi:type="dcterms:W3CDTF">2026-10-21T01:01:00Z</dcterms:created>
  <dcterms:modified xsi:type="dcterms:W3CDTF">2026-10-25T12:54:00Z</dcterms:modified>
  <cp:category/>
</cp:coreProperties>
</file>