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60DEA" w14:textId="33A713D3" w:rsidR="00B15EFA" w:rsidRPr="000906D9" w:rsidRDefault="00444C9C" w:rsidP="00B60498">
      <w:pPr>
        <w:pStyle w:val="a8"/>
        <w:jc w:val="center"/>
        <w:rPr>
          <w:rFonts w:ascii="맑은 고딕" w:eastAsia="맑은 고딕" w:hAnsi="맑은 고딕"/>
          <w:b/>
          <w:bCs/>
          <w:sz w:val="40"/>
          <w:szCs w:val="40"/>
          <w:lang w:eastAsia="ko-KR"/>
        </w:rPr>
      </w:pPr>
      <w:r w:rsidRPr="000906D9">
        <w:rPr>
          <w:rFonts w:ascii="맑은 고딕" w:eastAsia="맑은 고딕" w:hAnsi="맑은 고딕"/>
          <w:b/>
          <w:bCs/>
          <w:sz w:val="40"/>
          <w:szCs w:val="40"/>
          <w:lang w:eastAsia="ko-KR"/>
        </w:rPr>
        <w:t xml:space="preserve">찾아가는 의료감정학회 </w:t>
      </w:r>
      <w:r w:rsidR="001D43E4" w:rsidRPr="000906D9">
        <w:rPr>
          <w:rFonts w:ascii="맑은 고딕" w:eastAsia="맑은 고딕" w:hAnsi="맑은 고딕" w:hint="eastAsia"/>
          <w:b/>
          <w:bCs/>
          <w:sz w:val="40"/>
          <w:szCs w:val="40"/>
          <w:lang w:eastAsia="ko-KR"/>
        </w:rPr>
        <w:t xml:space="preserve"> </w:t>
      </w:r>
    </w:p>
    <w:p w14:paraId="40371286" w14:textId="5F9F0BAC" w:rsidR="00B60498" w:rsidRPr="000906D9" w:rsidRDefault="00444C9C" w:rsidP="00B60498">
      <w:pPr>
        <w:spacing w:after="0" w:line="240" w:lineRule="auto"/>
        <w:jc w:val="right"/>
        <w:rPr>
          <w:rFonts w:ascii="맑은 고딕" w:eastAsia="맑은 고딕" w:hAnsi="맑은 고딕"/>
          <w:b/>
          <w:bCs/>
          <w:sz w:val="26"/>
          <w:szCs w:val="26"/>
          <w:lang w:eastAsia="ko-KR"/>
        </w:rPr>
      </w:pP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 xml:space="preserve">일시: 2026년 </w:t>
      </w:r>
      <w:r w:rsidR="00943295" w:rsidRPr="000906D9">
        <w:rPr>
          <w:rFonts w:ascii="맑은 고딕" w:eastAsia="맑은 고딕" w:hAnsi="맑은 고딕" w:hint="eastAsia"/>
          <w:b/>
          <w:bCs/>
          <w:sz w:val="26"/>
          <w:szCs w:val="26"/>
          <w:lang w:eastAsia="ko-KR"/>
        </w:rPr>
        <w:t>9</w:t>
      </w: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>월 1</w:t>
      </w:r>
      <w:r w:rsidR="00E5241D" w:rsidRPr="000906D9">
        <w:rPr>
          <w:rFonts w:ascii="맑은 고딕" w:eastAsia="맑은 고딕" w:hAnsi="맑은 고딕" w:hint="eastAsia"/>
          <w:b/>
          <w:bCs/>
          <w:sz w:val="26"/>
          <w:szCs w:val="26"/>
          <w:lang w:eastAsia="ko-KR"/>
        </w:rPr>
        <w:t>1</w:t>
      </w: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>일(금)</w:t>
      </w:r>
    </w:p>
    <w:p w14:paraId="7175D5DC" w14:textId="2193E413" w:rsidR="0013610A" w:rsidRDefault="00444C9C" w:rsidP="004504CE">
      <w:pPr>
        <w:spacing w:line="240" w:lineRule="auto"/>
        <w:jc w:val="right"/>
        <w:rPr>
          <w:rFonts w:eastAsia="맑은 고딕"/>
          <w:lang w:eastAsia="ko-KR"/>
        </w:rPr>
      </w:pPr>
      <w:r w:rsidRPr="000906D9">
        <w:rPr>
          <w:rFonts w:ascii="맑은 고딕" w:eastAsia="맑은 고딕" w:hAnsi="맑은 고딕"/>
          <w:b/>
          <w:bCs/>
          <w:sz w:val="26"/>
          <w:szCs w:val="26"/>
          <w:lang w:eastAsia="ko-KR"/>
        </w:rPr>
        <w:t xml:space="preserve">장소: </w:t>
      </w:r>
      <w:r w:rsidR="004504CE" w:rsidRPr="004504CE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조선대병원 본관 7층 세미나실 B</w:t>
      </w:r>
      <w:r>
        <w:rPr>
          <w:lang w:eastAsia="ko-KR"/>
        </w:rPr>
        <w:br/>
      </w:r>
    </w:p>
    <w:p w14:paraId="0A925491" w14:textId="77777777" w:rsidR="00B60498" w:rsidRDefault="00B60498">
      <w:pPr>
        <w:rPr>
          <w:rFonts w:eastAsia="맑은 고딕"/>
          <w:lang w:eastAsia="ko-KR"/>
        </w:rPr>
      </w:pPr>
    </w:p>
    <w:p w14:paraId="6452E18D" w14:textId="1FC4DD23" w:rsidR="00346844" w:rsidRPr="0013610A" w:rsidRDefault="0013610A">
      <w:pPr>
        <w:rPr>
          <w:rFonts w:eastAsia="맑은 고딕"/>
          <w:b/>
          <w:bCs/>
          <w:color w:val="C00000"/>
          <w:sz w:val="28"/>
          <w:szCs w:val="28"/>
          <w:lang w:eastAsia="ko-KR"/>
        </w:rPr>
      </w:pPr>
      <w:r w:rsidRPr="0013610A">
        <w:rPr>
          <w:rFonts w:eastAsia="맑은 고딕" w:hint="eastAsia"/>
          <w:b/>
          <w:bCs/>
          <w:color w:val="C00000"/>
          <w:sz w:val="28"/>
          <w:szCs w:val="28"/>
          <w:lang w:eastAsia="ko-KR"/>
        </w:rPr>
        <w:t xml:space="preserve">  </w:t>
      </w:r>
      <w:r w:rsidRPr="0013610A">
        <w:rPr>
          <w:rFonts w:eastAsia="맑은 고딕" w:hint="eastAsia"/>
          <w:b/>
          <w:bCs/>
          <w:color w:val="C00000"/>
          <w:sz w:val="28"/>
          <w:szCs w:val="28"/>
          <w:lang w:eastAsia="ko-KR"/>
        </w:rPr>
        <w:t>프로그램</w:t>
      </w:r>
    </w:p>
    <w:tbl>
      <w:tblPr>
        <w:tblW w:w="10239" w:type="dxa"/>
        <w:tblInd w:w="10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0"/>
        <w:gridCol w:w="5042"/>
        <w:gridCol w:w="992"/>
        <w:gridCol w:w="2835"/>
      </w:tblGrid>
      <w:tr w:rsidR="00B60498" w:rsidRPr="00B60498" w14:paraId="5331A006" w14:textId="77777777" w:rsidTr="00721149">
        <w:trPr>
          <w:trHeight w:val="468"/>
        </w:trPr>
        <w:tc>
          <w:tcPr>
            <w:tcW w:w="13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08C2CB6" w14:textId="6FA4E360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15:30-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50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7E16FE95" w14:textId="37E052EA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등록　</w:t>
            </w:r>
          </w:p>
        </w:tc>
      </w:tr>
      <w:tr w:rsidR="00B60498" w:rsidRPr="00B60498" w14:paraId="520CCA2C" w14:textId="77777777" w:rsidTr="00721149">
        <w:trPr>
          <w:trHeight w:val="239"/>
        </w:trPr>
        <w:tc>
          <w:tcPr>
            <w:tcW w:w="1023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1D4F6CC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</w:tr>
      <w:tr w:rsidR="0030105E" w:rsidRPr="00B60498" w14:paraId="06DE27B1" w14:textId="77777777" w:rsidTr="000B437E">
        <w:trPr>
          <w:trHeight w:val="642"/>
        </w:trPr>
        <w:tc>
          <w:tcPr>
            <w:tcW w:w="1370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FB4E090" w14:textId="57786104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-16: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00</w:t>
            </w:r>
          </w:p>
        </w:tc>
        <w:tc>
          <w:tcPr>
            <w:tcW w:w="50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917C156" w14:textId="6D70ECA3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개회사 및 찾아가는 의료감정학회 소개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F60F5F4" w14:textId="77777777" w:rsidR="0030105E" w:rsidRPr="00B60498" w:rsidRDefault="0030105E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유찬종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5C87931" w14:textId="5E6439D7" w:rsidR="0030105E" w:rsidRPr="00B60498" w:rsidRDefault="0030105E" w:rsidP="000D4AA6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대한의료감정학회 회장</w:t>
            </w:r>
          </w:p>
        </w:tc>
      </w:tr>
      <w:tr w:rsidR="0030105E" w:rsidRPr="00B60498" w14:paraId="3A75D386" w14:textId="77777777" w:rsidTr="0037779B">
        <w:trPr>
          <w:trHeight w:val="642"/>
        </w:trPr>
        <w:tc>
          <w:tcPr>
            <w:tcW w:w="1370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3A57171" w14:textId="77777777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CFDC21C" w14:textId="462640FD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축사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3E0C7FA4" w14:textId="6149F6C2" w:rsidR="0030105E" w:rsidRPr="00B60498" w:rsidRDefault="005E187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이경석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0899DC2" w14:textId="43C83821" w:rsidR="000D4AA6" w:rsidRPr="00B60498" w:rsidRDefault="005E1878" w:rsidP="00625E8F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대전고등법원 상임전문위원</w:t>
            </w:r>
          </w:p>
        </w:tc>
      </w:tr>
      <w:tr w:rsidR="00B60498" w:rsidRPr="00B60498" w14:paraId="586031E6" w14:textId="77777777" w:rsidTr="00721149">
        <w:trPr>
          <w:trHeight w:val="143"/>
        </w:trPr>
        <w:tc>
          <w:tcPr>
            <w:tcW w:w="10239" w:type="dxa"/>
            <w:gridSpan w:val="4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noWrap/>
            <w:vAlign w:val="center"/>
          </w:tcPr>
          <w:p w14:paraId="0E75CDAE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B60498" w:rsidRPr="00B60498" w14:paraId="3651A46B" w14:textId="77777777" w:rsidTr="00721149">
        <w:trPr>
          <w:trHeight w:val="489"/>
        </w:trPr>
        <w:tc>
          <w:tcPr>
            <w:tcW w:w="1370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8D3EF"/>
            <w:noWrap/>
            <w:vAlign w:val="center"/>
            <w:hideMark/>
          </w:tcPr>
          <w:p w14:paraId="522BCEF2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Session I</w:t>
            </w:r>
          </w:p>
        </w:tc>
        <w:tc>
          <w:tcPr>
            <w:tcW w:w="5042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7C7AC"/>
            <w:noWrap/>
            <w:vAlign w:val="center"/>
            <w:hideMark/>
          </w:tcPr>
          <w:p w14:paraId="75AF0AAE" w14:textId="6C06EEC1" w:rsidR="00B60498" w:rsidRPr="00B60498" w:rsidRDefault="00B60498" w:rsidP="00625DEC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찾아가는 의료감정학회_</w:t>
            </w:r>
            <w:r w:rsidR="00625E8F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호</w:t>
            </w:r>
            <w:r w:rsidR="000D4AA6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남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지역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noWrap/>
            <w:vAlign w:val="center"/>
            <w:hideMark/>
          </w:tcPr>
          <w:p w14:paraId="57399D36" w14:textId="693792DF" w:rsidR="00B60498" w:rsidRPr="00B60498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좌장 </w:t>
            </w:r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noWrap/>
            <w:vAlign w:val="center"/>
            <w:hideMark/>
          </w:tcPr>
          <w:p w14:paraId="5850FEF3" w14:textId="6ADF2642" w:rsidR="00B60498" w:rsidRPr="00B60498" w:rsidRDefault="000D4AA6" w:rsidP="001D43E4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유찬종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가천대</w:t>
            </w:r>
            <w:proofErr w:type="spellEnd"/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</w:tr>
      <w:tr w:rsidR="00B60498" w:rsidRPr="00B60498" w14:paraId="4AE096F0" w14:textId="77777777" w:rsidTr="00721149">
        <w:trPr>
          <w:trHeight w:val="422"/>
        </w:trPr>
        <w:tc>
          <w:tcPr>
            <w:tcW w:w="1370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51D652D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42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3BF540E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vAlign w:val="center"/>
            <w:hideMark/>
          </w:tcPr>
          <w:p w14:paraId="5E08555B" w14:textId="42C217B1" w:rsidR="00B60498" w:rsidRPr="00B60498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좌장</w:t>
            </w:r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vAlign w:val="center"/>
            <w:hideMark/>
          </w:tcPr>
          <w:p w14:paraId="00BF6DB6" w14:textId="5D887AD5" w:rsidR="00B60498" w:rsidRPr="00B60498" w:rsidRDefault="00EC193C" w:rsidP="001D43E4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김종규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조선</w:t>
            </w:r>
            <w:r w:rsidR="0037779B"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대</w:t>
            </w:r>
          </w:p>
        </w:tc>
      </w:tr>
      <w:tr w:rsidR="00B60498" w:rsidRPr="00B60498" w14:paraId="36026379" w14:textId="77777777" w:rsidTr="00721149">
        <w:trPr>
          <w:trHeight w:val="416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50B5B65" w14:textId="0CF32F4A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16: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0-16:</w:t>
            </w:r>
            <w:r w:rsidR="00625E8F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2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FBDE757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장애의 정의 및 영구장애, 한시장애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7360D08A" w14:textId="77777777" w:rsidR="00B60498" w:rsidRPr="00042F8C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정유남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42D3977" w14:textId="77777777" w:rsidR="00B60498" w:rsidRPr="00042F8C" w:rsidRDefault="00B60498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제주대</w:t>
            </w:r>
          </w:p>
        </w:tc>
      </w:tr>
      <w:tr w:rsidR="00625E8F" w:rsidRPr="00B60498" w14:paraId="455D28FB" w14:textId="77777777" w:rsidTr="00721149">
        <w:trPr>
          <w:trHeight w:val="423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09ABE2A" w14:textId="60587476" w:rsidR="00625E8F" w:rsidRPr="00B60498" w:rsidRDefault="00625E8F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16:00-16:40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B7E4445" w14:textId="022F8A61" w:rsidR="00625E8F" w:rsidRPr="00B60498" w:rsidRDefault="00625E8F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기왕증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, 인과관계, 관여도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60E0460" w14:textId="78038CEF" w:rsidR="00625E8F" w:rsidRPr="00042F8C" w:rsidRDefault="00625E8F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박종태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52CAB3B6" w14:textId="5DF7BA33" w:rsidR="00625E8F" w:rsidRPr="00042F8C" w:rsidRDefault="00625E8F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원</w:t>
            </w:r>
            <w:r w:rsidR="00B6394C"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광</w:t>
            </w:r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대</w:t>
            </w:r>
          </w:p>
        </w:tc>
      </w:tr>
      <w:tr w:rsidR="00B60498" w:rsidRPr="00B60498" w14:paraId="7219BA7D" w14:textId="77777777" w:rsidTr="00721149">
        <w:trPr>
          <w:trHeight w:val="423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4AED940" w14:textId="00AB1DB5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16:</w:t>
            </w:r>
            <w:r w:rsidR="00625E8F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4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-17: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2D119E2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장애판정 실무: 개호 평가와 기대여명 산정의 이해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7ADABE54" w14:textId="77777777" w:rsidR="00B60498" w:rsidRPr="00042F8C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류제일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4C48471" w14:textId="77777777" w:rsidR="00B60498" w:rsidRPr="00042F8C" w:rsidRDefault="00B60498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한양대</w:t>
            </w:r>
          </w:p>
        </w:tc>
      </w:tr>
      <w:tr w:rsidR="00B60498" w:rsidRPr="00B60498" w14:paraId="26AF877C" w14:textId="77777777" w:rsidTr="00721149">
        <w:trPr>
          <w:trHeight w:val="415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0144CA3" w14:textId="4D56EBF9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05CCF38B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"대한의료감정학회 감정관리원" 소개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2A7C54F" w14:textId="77777777" w:rsidR="00B60498" w:rsidRPr="00042F8C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조광욱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94928D1" w14:textId="77777777" w:rsidR="00B60498" w:rsidRPr="00042F8C" w:rsidRDefault="00B60498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 w:themeColor="text1"/>
                <w:sz w:val="20"/>
                <w:szCs w:val="20"/>
                <w:lang w:eastAsia="ko-KR"/>
              </w:rPr>
            </w:pPr>
            <w:r w:rsidRPr="00042F8C">
              <w:rPr>
                <w:rFonts w:ascii="맑은 고딕" w:eastAsia="맑은 고딕" w:hAnsi="맑은 고딕" w:cs="굴림" w:hint="eastAsia"/>
                <w:color w:val="000000" w:themeColor="text1"/>
                <w:sz w:val="20"/>
                <w:szCs w:val="20"/>
                <w:lang w:eastAsia="ko-KR"/>
              </w:rPr>
              <w:t>가톨릭대</w:t>
            </w:r>
          </w:p>
        </w:tc>
      </w:tr>
      <w:tr w:rsidR="00B60498" w:rsidRPr="00B60498" w14:paraId="052CDBC1" w14:textId="77777777" w:rsidTr="00721149">
        <w:trPr>
          <w:trHeight w:val="407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6ED644F" w14:textId="0AD11349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-18:00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C2DF062" w14:textId="5E98BA7D" w:rsidR="00B60498" w:rsidRPr="00B60498" w:rsidRDefault="00864E54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좋은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  <w:t>감정이란</w:t>
            </w:r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96BB699" w14:textId="332CC8D0" w:rsidR="00B60498" w:rsidRPr="00B60498" w:rsidRDefault="00721149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김</w:t>
            </w:r>
            <w:r w:rsidR="00625E8F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오곤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448BAA3" w14:textId="34210EBA" w:rsidR="00B60498" w:rsidRPr="00B60498" w:rsidRDefault="00625E8F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광주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고등법원 의료상임 전문심리위원</w:t>
            </w:r>
          </w:p>
        </w:tc>
      </w:tr>
      <w:tr w:rsidR="00B60498" w:rsidRPr="00B60498" w14:paraId="5B2C97AC" w14:textId="77777777" w:rsidTr="00721149">
        <w:trPr>
          <w:trHeight w:val="426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4F73B1B" w14:textId="17E1AED8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18:00-18: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CA46E69" w14:textId="6F531238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토의　</w:t>
            </w:r>
          </w:p>
        </w:tc>
      </w:tr>
      <w:tr w:rsidR="00B60498" w:rsidRPr="00B60498" w14:paraId="5DEC58B4" w14:textId="77777777" w:rsidTr="00721149">
        <w:trPr>
          <w:trHeight w:val="263"/>
        </w:trPr>
        <w:tc>
          <w:tcPr>
            <w:tcW w:w="1023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A732200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346844" w:rsidRPr="00B60498" w14:paraId="3BFF62B5" w14:textId="77777777" w:rsidTr="00721149">
        <w:trPr>
          <w:trHeight w:val="468"/>
        </w:trPr>
        <w:tc>
          <w:tcPr>
            <w:tcW w:w="13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E9DB728" w14:textId="2E81DD07" w:rsidR="00B60498" w:rsidRPr="00B60498" w:rsidRDefault="00B60498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18: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30  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38838FF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폐회사</w:t>
            </w:r>
          </w:p>
        </w:tc>
      </w:tr>
    </w:tbl>
    <w:p w14:paraId="4BB339DF" w14:textId="77777777" w:rsidR="00B60498" w:rsidRDefault="00B60498">
      <w:pPr>
        <w:rPr>
          <w:rFonts w:eastAsia="맑은 고딕"/>
          <w:lang w:eastAsia="ko-KR"/>
        </w:rPr>
      </w:pPr>
    </w:p>
    <w:p w14:paraId="6054F65C" w14:textId="712E2F55" w:rsidR="00A85B67" w:rsidRDefault="001D43E4">
      <w:pPr>
        <w:rPr>
          <w:rFonts w:eastAsia="맑은 고딕"/>
          <w:lang w:eastAsia="ko-KR"/>
        </w:rPr>
      </w:pPr>
      <w:r>
        <w:rPr>
          <w:rFonts w:ascii="굴림" w:eastAsia="굴림" w:hAnsi="굴림" w:cs="굴림"/>
          <w:noProof/>
          <w:sz w:val="24"/>
          <w:szCs w:val="24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93D7D" wp14:editId="7FA09667">
                <wp:simplePos x="0" y="0"/>
                <wp:positionH relativeFrom="margin">
                  <wp:align>left</wp:align>
                </wp:positionH>
                <wp:positionV relativeFrom="paragraph">
                  <wp:posOffset>219075</wp:posOffset>
                </wp:positionV>
                <wp:extent cx="6515100" cy="1200150"/>
                <wp:effectExtent l="0" t="0" r="0" b="0"/>
                <wp:wrapThrough wrapText="bothSides">
                  <wp:wrapPolygon edited="0">
                    <wp:start x="0" y="0"/>
                    <wp:lineTo x="0" y="21257"/>
                    <wp:lineTo x="21537" y="21257"/>
                    <wp:lineTo x="21537" y="0"/>
                    <wp:lineTo x="0" y="0"/>
                  </wp:wrapPolygon>
                </wp:wrapThrough>
                <wp:docPr id="72921529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150EC4" w14:textId="77777777" w:rsidR="00A85B67" w:rsidRPr="000906D9" w:rsidRDefault="00A85B67" w:rsidP="00FD0D74">
                            <w:pPr>
                              <w:pStyle w:val="a7"/>
                              <w:jc w:val="right"/>
                              <w:rPr>
                                <w:rFonts w:ascii="맑은 고딕" w:eastAsia="맑은 고딕" w:hAnsi="맑은 고딕" w:cs="굴림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</w:pPr>
                            <w:proofErr w:type="gramStart"/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>대한의료감정학회</w:t>
                            </w:r>
                            <w:r w:rsidRPr="000906D9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 xml:space="preserve">  [</w:t>
                            </w:r>
                            <w:proofErr w:type="spellStart"/>
                            <w:proofErr w:type="gramEnd"/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>직인생략</w:t>
                            </w:r>
                            <w:proofErr w:type="spellEnd"/>
                            <w:r w:rsidRPr="000906D9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8"/>
                                <w:szCs w:val="28"/>
                                <w:lang w:eastAsia="ko-KR"/>
                              </w:rPr>
                              <w:t>]</w:t>
                            </w:r>
                          </w:p>
                          <w:p w14:paraId="0F3D5B48" w14:textId="59F82786" w:rsidR="000906D9" w:rsidRPr="000906D9" w:rsidRDefault="00A85B67" w:rsidP="000906D9">
                            <w:pPr>
                              <w:pStyle w:val="a7"/>
                              <w:jc w:val="right"/>
                              <w:rPr>
                                <w:rFonts w:eastAsia="맑은 고딕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</w:pP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                    </w:t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0906D9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   </w:t>
                            </w:r>
                            <w:r w:rsidR="000906D9">
                              <w:rPr>
                                <w:rFonts w:eastAsia="맑은 고딕"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     </w:t>
                            </w:r>
                            <w:r w:rsidRPr="000906D9">
                              <w:rPr>
                                <w:rFonts w:hint="eastAsia"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회장</w:t>
                            </w:r>
                            <w:r w:rsidRPr="000906D9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유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찬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종</w:t>
                            </w:r>
                            <w:r w:rsidRPr="000906D9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</w:p>
                          <w:p w14:paraId="3E713C9A" w14:textId="18C3165B" w:rsidR="00A85B67" w:rsidRPr="000906D9" w:rsidRDefault="00A85B67" w:rsidP="000906D9">
                            <w:pPr>
                              <w:pStyle w:val="a7"/>
                              <w:ind w:firstLineChars="1700" w:firstLine="4080"/>
                              <w:jc w:val="right"/>
                              <w:rPr>
                                <w:rFonts w:ascii="돋움" w:eastAsia="맑은 고딕" w:hAnsi="돋움"/>
                                <w:b/>
                                <w:bCs/>
                                <w:spacing w:val="-4"/>
                                <w:w w:val="80"/>
                                <w:lang w:eastAsia="ko-KR"/>
                              </w:rPr>
                            </w:pP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총무</w:t>
                            </w:r>
                            <w:r w:rsidRPr="000906D9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오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영</w:t>
                            </w:r>
                            <w:r w:rsidRPr="000906D9">
                              <w:rPr>
                                <w:rFonts w:ascii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0906D9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민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893D7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7.25pt;width:513pt;height:9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" stroked="f">
                <v:textbox>
                  <w:txbxContent>
                    <w:p w14:paraId="4C150EC4" w14:textId="77777777" w:rsidR="00A85B67" w:rsidRPr="000906D9" w:rsidRDefault="00A85B67" w:rsidP="00FD0D74">
                      <w:pPr>
                        <w:pStyle w:val="a7"/>
                        <w:jc w:val="right"/>
                        <w:rPr>
                          <w:rFonts w:ascii="맑은 고딕" w:eastAsia="맑은 고딕" w:hAnsi="맑은 고딕" w:cs="굴림"/>
                          <w:b/>
                          <w:bCs/>
                          <w:sz w:val="28"/>
                          <w:szCs w:val="28"/>
                          <w:lang w:eastAsia="ko-KR"/>
                        </w:rPr>
                      </w:pP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>대한의료감정학회</w:t>
                      </w:r>
                      <w:r w:rsidRPr="000906D9">
                        <w:rPr>
                          <w:rFonts w:ascii="맑은 고딕" w:eastAsia="맑은 고딕" w:hAnsi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 xml:space="preserve">  [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>직인생략</w:t>
                      </w:r>
                      <w:r w:rsidRPr="000906D9">
                        <w:rPr>
                          <w:rFonts w:ascii="맑은 고딕" w:eastAsia="맑은 고딕" w:hAnsi="맑은 고딕" w:hint="eastAsia"/>
                          <w:b/>
                          <w:bCs/>
                          <w:sz w:val="28"/>
                          <w:szCs w:val="28"/>
                          <w:lang w:eastAsia="ko-KR"/>
                        </w:rPr>
                        <w:t>]</w:t>
                      </w:r>
                    </w:p>
                    <w:p w14:paraId="0F3D5B48" w14:textId="59F82786" w:rsidR="000906D9" w:rsidRPr="000906D9" w:rsidRDefault="00A85B67" w:rsidP="000906D9">
                      <w:pPr>
                        <w:pStyle w:val="a7"/>
                        <w:jc w:val="right"/>
                        <w:rPr>
                          <w:rFonts w:eastAsia="맑은 고딕"/>
                          <w:b/>
                          <w:bCs/>
                          <w:sz w:val="24"/>
                          <w:szCs w:val="24"/>
                          <w:lang w:eastAsia="ko-KR"/>
                        </w:rPr>
                      </w:pP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 xml:space="preserve">                     </w:t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0906D9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 xml:space="preserve">    </w:t>
                      </w:r>
                      <w:r w:rsidR="000906D9">
                        <w:rPr>
                          <w:rFonts w:eastAsia="맑은 고딕" w:hint="eastAsia"/>
                          <w:sz w:val="24"/>
                          <w:szCs w:val="24"/>
                          <w:lang w:eastAsia="ko-KR"/>
                        </w:rPr>
                        <w:t xml:space="preserve">      </w:t>
                      </w:r>
                      <w:r w:rsidRPr="000906D9">
                        <w:rPr>
                          <w:rFonts w:hint="eastAsia"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회장</w:t>
                      </w:r>
                      <w:r w:rsidRPr="000906D9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유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찬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종</w:t>
                      </w:r>
                      <w:r w:rsidRPr="000906D9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</w:p>
                    <w:p w14:paraId="3E713C9A" w14:textId="18C3165B" w:rsidR="00A85B67" w:rsidRPr="000906D9" w:rsidRDefault="00A85B67" w:rsidP="000906D9">
                      <w:pPr>
                        <w:pStyle w:val="a7"/>
                        <w:ind w:firstLineChars="1700" w:firstLine="4080"/>
                        <w:jc w:val="right"/>
                        <w:rPr>
                          <w:rFonts w:ascii="돋움" w:eastAsia="맑은 고딕" w:hAnsi="돋움"/>
                          <w:b/>
                          <w:bCs/>
                          <w:spacing w:val="-4"/>
                          <w:w w:val="80"/>
                          <w:lang w:eastAsia="ko-KR"/>
                        </w:rPr>
                      </w:pP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총무</w:t>
                      </w:r>
                      <w:r w:rsidRPr="000906D9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오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영</w:t>
                      </w:r>
                      <w:r w:rsidRPr="000906D9">
                        <w:rPr>
                          <w:rFonts w:ascii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0906D9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민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F041E8F" w14:textId="349C7480" w:rsidR="00A85B67" w:rsidRDefault="00A85B67">
      <w:pPr>
        <w:rPr>
          <w:rFonts w:eastAsia="맑은 고딕"/>
          <w:lang w:eastAsia="ko-KR"/>
        </w:rPr>
      </w:pPr>
    </w:p>
    <w:p w14:paraId="1EC1F872" w14:textId="77777777" w:rsidR="001D43E4" w:rsidRDefault="001D43E4" w:rsidP="001D43E4">
      <w:pPr>
        <w:rPr>
          <w:rFonts w:eastAsia="맑은 고딕"/>
          <w:b/>
          <w:bCs/>
          <w:lang w:eastAsia="ko-KR"/>
        </w:rPr>
      </w:pPr>
    </w:p>
    <w:p w14:paraId="578AE3C1" w14:textId="77777777" w:rsidR="000906D9" w:rsidRPr="001D43E4" w:rsidRDefault="000906D9" w:rsidP="001D43E4">
      <w:pPr>
        <w:rPr>
          <w:rFonts w:eastAsia="맑은 고딕"/>
          <w:b/>
          <w:bCs/>
          <w:lang w:eastAsia="ko-KR"/>
        </w:rPr>
      </w:pPr>
    </w:p>
    <w:tbl>
      <w:tblPr>
        <w:tblW w:w="14018" w:type="dxa"/>
        <w:tblInd w:w="4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7"/>
        <w:gridCol w:w="1275"/>
        <w:gridCol w:w="5529"/>
        <w:gridCol w:w="4927"/>
      </w:tblGrid>
      <w:tr w:rsidR="001D43E4" w:rsidRPr="001D43E4" w14:paraId="18DFF194" w14:textId="77777777" w:rsidTr="000906D9">
        <w:trPr>
          <w:gridAfter w:val="1"/>
          <w:wAfter w:w="4927" w:type="dxa"/>
          <w:trHeight w:val="1256"/>
        </w:trPr>
        <w:tc>
          <w:tcPr>
            <w:tcW w:w="9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264DCFF" w14:textId="4A7CDC13" w:rsidR="001D43E4" w:rsidRPr="001D43E4" w:rsidRDefault="001D43E4" w:rsidP="001D43E4">
            <w:pPr>
              <w:spacing w:after="0" w:line="240" w:lineRule="auto"/>
              <w:jc w:val="center"/>
              <w:rPr>
                <w:rFonts w:ascii="맑은 고딕" w:eastAsia="맑은 고딕" w:hAnsi="맑은 고딕"/>
                <w:sz w:val="40"/>
                <w:szCs w:val="40"/>
                <w:lang w:eastAsia="ko-KR"/>
              </w:rPr>
            </w:pPr>
            <w:r w:rsidRPr="000906D9">
              <w:rPr>
                <w:rFonts w:ascii="맑은 고딕" w:eastAsia="맑은 고딕" w:hAnsi="맑은 고딕" w:hint="eastAsia"/>
                <w:sz w:val="40"/>
                <w:szCs w:val="40"/>
                <w:lang w:eastAsia="ko-KR"/>
              </w:rPr>
              <w:t>사전등록</w:t>
            </w:r>
            <w:r w:rsidR="00FD0D74" w:rsidRPr="000906D9">
              <w:rPr>
                <w:rFonts w:ascii="맑은 고딕" w:eastAsia="맑은 고딕" w:hAnsi="맑은 고딕" w:hint="eastAsia"/>
                <w:sz w:val="40"/>
                <w:szCs w:val="40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hint="eastAsia"/>
                <w:sz w:val="40"/>
                <w:szCs w:val="40"/>
                <w:lang w:eastAsia="ko-KR"/>
              </w:rPr>
              <w:t>안내</w:t>
            </w:r>
          </w:p>
          <w:p w14:paraId="427EE33A" w14:textId="78B84053" w:rsidR="001D43E4" w:rsidRPr="001D43E4" w:rsidRDefault="001D43E4" w:rsidP="001D43E4">
            <w:pPr>
              <w:spacing w:after="0" w:line="240" w:lineRule="auto"/>
              <w:jc w:val="center"/>
              <w:rPr>
                <w:rFonts w:eastAsia="맑은 고딕"/>
                <w:lang w:eastAsia="ko-KR"/>
              </w:rPr>
            </w:pPr>
            <w:r w:rsidRPr="001D43E4">
              <w:rPr>
                <w:rFonts w:eastAsia="맑은 고딕" w:hint="eastAsia"/>
                <w:b/>
                <w:bCs/>
                <w:sz w:val="28"/>
                <w:szCs w:val="28"/>
                <w:lang w:eastAsia="ko-KR"/>
              </w:rPr>
              <w:t>찾아가는</w:t>
            </w:r>
            <w:r w:rsidRPr="001D43E4">
              <w:rPr>
                <w:rFonts w:eastAsia="맑은 고딕" w:hint="eastAsia"/>
                <w:b/>
                <w:bCs/>
                <w:sz w:val="28"/>
                <w:szCs w:val="28"/>
                <w:lang w:eastAsia="ko-KR"/>
              </w:rPr>
              <w:t xml:space="preserve"> </w:t>
            </w:r>
            <w:r w:rsidRPr="001D43E4">
              <w:rPr>
                <w:rFonts w:eastAsia="맑은 고딕" w:hint="eastAsia"/>
                <w:b/>
                <w:bCs/>
                <w:sz w:val="28"/>
                <w:szCs w:val="28"/>
                <w:lang w:eastAsia="ko-KR"/>
              </w:rPr>
              <w:t>의료감정학회</w:t>
            </w:r>
            <w:r w:rsidRPr="001D43E4">
              <w:rPr>
                <w:rFonts w:eastAsia="맑은 고딕" w:hint="eastAsia"/>
                <w:b/>
                <w:bCs/>
                <w:sz w:val="28"/>
                <w:szCs w:val="28"/>
                <w:lang w:eastAsia="ko-KR"/>
              </w:rPr>
              <w:t xml:space="preserve"> </w:t>
            </w:r>
            <w:r w:rsidRPr="000906D9">
              <w:rPr>
                <w:rFonts w:eastAsia="맑은 고딕" w:hint="eastAsia"/>
                <w:b/>
                <w:bCs/>
                <w:sz w:val="28"/>
                <w:szCs w:val="28"/>
                <w:lang w:eastAsia="ko-KR"/>
              </w:rPr>
              <w:t>호남</w:t>
            </w:r>
            <w:r w:rsidRPr="000906D9">
              <w:rPr>
                <w:rFonts w:eastAsia="맑은 고딕" w:hint="eastAsia"/>
                <w:b/>
                <w:bCs/>
                <w:sz w:val="28"/>
                <w:szCs w:val="28"/>
                <w:lang w:eastAsia="ko-KR"/>
              </w:rPr>
              <w:t xml:space="preserve"> </w:t>
            </w:r>
            <w:r w:rsidRPr="00FD2750">
              <w:rPr>
                <w:rFonts w:ascii="맑은 고딕" w:eastAsia="맑은 고딕" w:hAnsi="맑은 고딕"/>
                <w:b/>
                <w:bCs/>
                <w:sz w:val="28"/>
                <w:szCs w:val="28"/>
                <w:lang w:eastAsia="ko-KR"/>
              </w:rPr>
              <w:t>(2026.</w:t>
            </w:r>
            <w:r w:rsidRPr="00FD2750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  <w:lang w:eastAsia="ko-KR"/>
              </w:rPr>
              <w:t>9.</w:t>
            </w:r>
            <w:proofErr w:type="gramStart"/>
            <w:r w:rsidRPr="00FD2750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  <w:lang w:eastAsia="ko-KR"/>
              </w:rPr>
              <w:t>11</w:t>
            </w:r>
            <w:r w:rsidRPr="00FD2750">
              <w:rPr>
                <w:rFonts w:ascii="맑은 고딕" w:eastAsia="맑은 고딕" w:hAnsi="맑은 고딕"/>
                <w:b/>
                <w:bCs/>
                <w:sz w:val="28"/>
                <w:szCs w:val="28"/>
                <w:lang w:eastAsia="ko-KR"/>
              </w:rPr>
              <w:t>.</w:t>
            </w:r>
            <w:r w:rsidRPr="00FD2750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  <w:lang w:eastAsia="ko-KR"/>
              </w:rPr>
              <w:t>금</w:t>
            </w:r>
            <w:proofErr w:type="gramEnd"/>
            <w:r w:rsidRPr="00FD2750">
              <w:rPr>
                <w:rFonts w:ascii="맑은 고딕" w:eastAsia="맑은 고딕" w:hAnsi="맑은 고딕"/>
                <w:b/>
                <w:bCs/>
                <w:sz w:val="28"/>
                <w:szCs w:val="28"/>
                <w:lang w:eastAsia="ko-KR"/>
              </w:rPr>
              <w:t>)</w:t>
            </w:r>
          </w:p>
        </w:tc>
      </w:tr>
      <w:tr w:rsidR="001D43E4" w:rsidRPr="001D43E4" w14:paraId="346DDC1C" w14:textId="77777777" w:rsidTr="000906D9">
        <w:trPr>
          <w:gridAfter w:val="1"/>
          <w:wAfter w:w="4927" w:type="dxa"/>
          <w:trHeight w:val="85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0FFE5A6" w14:textId="3B5BA6DE" w:rsidR="001D43E4" w:rsidRPr="000906D9" w:rsidRDefault="001D43E4" w:rsidP="001D43E4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사전등록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마감일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4A3367A" w14:textId="2095B41E" w:rsidR="001D43E4" w:rsidRPr="00FD2750" w:rsidRDefault="001D43E4" w:rsidP="00FD2750">
            <w:pPr>
              <w:pStyle w:val="a7"/>
              <w:rPr>
                <w:rFonts w:ascii="맑은 고딕" w:eastAsia="맑은 고딕" w:hAnsi="맑은 고딕"/>
                <w:lang w:eastAsia="ko-KR"/>
              </w:rPr>
            </w:pPr>
            <w:r w:rsidRPr="00FD2750">
              <w:rPr>
                <w:rFonts w:ascii="맑은 고딕" w:eastAsia="맑은 고딕" w:hAnsi="맑은 고딕" w:hint="eastAsia"/>
              </w:rPr>
              <w:t>2026</w:t>
            </w:r>
            <w:proofErr w:type="gramStart"/>
            <w:r w:rsidRPr="00FD2750">
              <w:rPr>
                <w:rFonts w:ascii="맑은 고딕" w:eastAsia="맑은 고딕" w:hAnsi="맑은 고딕" w:cs="맑은 고딕" w:hint="eastAsia"/>
              </w:rPr>
              <w:t>년</w:t>
            </w:r>
            <w:r w:rsidR="000906D9" w:rsidRPr="00FD2750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  <w:r w:rsidRPr="00FD2750">
              <w:rPr>
                <w:rFonts w:ascii="맑은 고딕" w:eastAsia="맑은 고딕" w:hAnsi="맑은 고딕" w:hint="eastAsia"/>
              </w:rPr>
              <w:t xml:space="preserve"> 9</w:t>
            </w:r>
            <w:r w:rsidRPr="00FD2750">
              <w:rPr>
                <w:rFonts w:ascii="맑은 고딕" w:eastAsia="맑은 고딕" w:hAnsi="맑은 고딕" w:cs="맑은 고딕" w:hint="eastAsia"/>
              </w:rPr>
              <w:t>월</w:t>
            </w:r>
            <w:r w:rsidR="000906D9" w:rsidRPr="00FD2750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  <w:r w:rsidRPr="00FD2750">
              <w:rPr>
                <w:rFonts w:ascii="맑은 고딕" w:eastAsia="맑은 고딕" w:hAnsi="맑은 고딕" w:hint="eastAsia"/>
              </w:rPr>
              <w:t xml:space="preserve"> 4</w:t>
            </w:r>
            <w:proofErr w:type="gramEnd"/>
            <w:r w:rsidRPr="00FD2750">
              <w:rPr>
                <w:rFonts w:ascii="맑은 고딕" w:eastAsia="맑은 고딕" w:hAnsi="맑은 고딕" w:cs="맑은 고딕" w:hint="eastAsia"/>
              </w:rPr>
              <w:t>일</w:t>
            </w:r>
            <w:r w:rsidR="000906D9" w:rsidRPr="00FD2750">
              <w:rPr>
                <w:rFonts w:ascii="맑은 고딕" w:eastAsia="맑은 고딕" w:hAnsi="맑은 고딕" w:hint="eastAsia"/>
                <w:lang w:eastAsia="ko-KR"/>
              </w:rPr>
              <w:t xml:space="preserve"> (</w:t>
            </w:r>
            <w:r w:rsidR="000906D9" w:rsidRPr="00FD2750">
              <w:rPr>
                <w:rFonts w:ascii="맑은 고딕" w:eastAsia="맑은 고딕" w:hAnsi="맑은 고딕" w:cs="맑은 고딕" w:hint="eastAsia"/>
                <w:lang w:eastAsia="ko-KR"/>
              </w:rPr>
              <w:t>금요일</w:t>
            </w:r>
            <w:r w:rsidR="000906D9" w:rsidRPr="00FD2750">
              <w:rPr>
                <w:rFonts w:ascii="맑은 고딕" w:eastAsia="맑은 고딕" w:hAnsi="맑은 고딕" w:hint="eastAsia"/>
                <w:lang w:eastAsia="ko-KR"/>
              </w:rPr>
              <w:t>)</w:t>
            </w:r>
          </w:p>
        </w:tc>
      </w:tr>
      <w:tr w:rsidR="001D43E4" w:rsidRPr="001D43E4" w14:paraId="15D63AD4" w14:textId="77777777" w:rsidTr="000906D9">
        <w:trPr>
          <w:gridAfter w:val="1"/>
          <w:wAfter w:w="4927" w:type="dxa"/>
          <w:trHeight w:val="85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F0DFB48" w14:textId="7F40AD9E" w:rsidR="001D43E4" w:rsidRPr="000906D9" w:rsidRDefault="001D43E4" w:rsidP="001D43E4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사전등록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방법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3CDB644" w14:textId="690B11B2" w:rsidR="001D43E4" w:rsidRPr="000906D9" w:rsidRDefault="001D43E4" w:rsidP="001D43E4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신청서를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작성</w:t>
            </w:r>
            <w:r w:rsidR="000906D9"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 xml:space="preserve"> </w:t>
            </w:r>
            <w:proofErr w:type="gramStart"/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후</w:t>
            </w:r>
            <w:r w:rsidR="000906D9"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hint="eastAsia"/>
                <w:color w:val="C00000"/>
                <w:sz w:val="24"/>
                <w:szCs w:val="24"/>
                <w:lang w:eastAsia="ko-KR"/>
              </w:rPr>
              <w:t>E-mail</w:t>
            </w:r>
            <w:proofErr w:type="gramEnd"/>
            <w:r w:rsidRPr="000906D9">
              <w:rPr>
                <w:rFonts w:ascii="맑은 고딕" w:eastAsia="맑은 고딕" w:hAnsi="맑은 고딕" w:hint="eastAsia"/>
                <w:color w:val="C00000"/>
                <w:sz w:val="24"/>
                <w:szCs w:val="24"/>
                <w:lang w:eastAsia="ko-KR"/>
              </w:rPr>
              <w:t xml:space="preserve"> : kaime@gilhospital.com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로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보내주시기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바랍니다</w:t>
            </w: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.</w:t>
            </w:r>
          </w:p>
        </w:tc>
      </w:tr>
      <w:tr w:rsidR="001D43E4" w:rsidRPr="001D43E4" w14:paraId="467A8C8C" w14:textId="77777777" w:rsidTr="00280D10">
        <w:trPr>
          <w:gridAfter w:val="1"/>
          <w:wAfter w:w="4927" w:type="dxa"/>
          <w:trHeight w:val="85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E75370B" w14:textId="7C33BB9C" w:rsidR="001D43E4" w:rsidRPr="000906D9" w:rsidRDefault="001D43E4" w:rsidP="001D43E4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등록비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4F81BD" w:themeColor="accent1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1CD9284" w14:textId="50354D7C" w:rsidR="001D43E4" w:rsidRPr="000906D9" w:rsidRDefault="001D43E4" w:rsidP="001D43E4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무료</w:t>
            </w:r>
          </w:p>
        </w:tc>
      </w:tr>
      <w:tr w:rsidR="00280D10" w:rsidRPr="001D43E4" w14:paraId="4D3E024F" w14:textId="77777777" w:rsidTr="00280D10">
        <w:trPr>
          <w:gridAfter w:val="1"/>
          <w:wAfter w:w="4927" w:type="dxa"/>
          <w:trHeight w:val="737"/>
        </w:trPr>
        <w:tc>
          <w:tcPr>
            <w:tcW w:w="22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C2C998A" w14:textId="77777777" w:rsidR="00280D10" w:rsidRPr="00FD2750" w:rsidRDefault="00280D10" w:rsidP="00280D10">
            <w:pPr>
              <w:pStyle w:val="a7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  <w:lang w:eastAsia="ko-KR"/>
              </w:rPr>
            </w:pPr>
            <w:r w:rsidRPr="00FD2750">
              <w:rPr>
                <w:rFonts w:ascii="맑은 고딕" w:eastAsia="맑은 고딕" w:hAnsi="맑은 고딕" w:cs="맑은 고딕" w:hint="eastAsia"/>
                <w:b/>
                <w:bCs/>
                <w:sz w:val="28"/>
                <w:szCs w:val="28"/>
                <w:lang w:eastAsia="ko-KR"/>
              </w:rPr>
              <w:t>신청서</w:t>
            </w:r>
          </w:p>
          <w:p w14:paraId="260AFCFB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0E97FC59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77B89E62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00A11911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3F4B5BFF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49150FAB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4806E3BE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4B5BDAF2" w14:textId="77777777" w:rsidR="00280D10" w:rsidRDefault="00280D10" w:rsidP="00280D10">
            <w:pPr>
              <w:pStyle w:val="a7"/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  <w:p w14:paraId="666EB259" w14:textId="1DA9B9C7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0EB56CF" w14:textId="68878376" w:rsidR="00280D10" w:rsidRPr="000906D9" w:rsidRDefault="00280D10" w:rsidP="00280D10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성명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CE8DB" w14:textId="66C716EA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</w:tr>
      <w:tr w:rsidR="00280D10" w:rsidRPr="001D43E4" w14:paraId="33EF04F2" w14:textId="366BDFCC" w:rsidTr="00280D10">
        <w:trPr>
          <w:trHeight w:val="737"/>
        </w:trPr>
        <w:tc>
          <w:tcPr>
            <w:tcW w:w="2287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EEB67FD" w14:textId="15BAF7B4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5476A65" w14:textId="55DDB945" w:rsidR="00280D10" w:rsidRPr="000906D9" w:rsidRDefault="00280D10" w:rsidP="00280D10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소속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014635" w14:textId="7EC6F582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4927" w:type="dxa"/>
            <w:tcBorders>
              <w:left w:val="single" w:sz="12" w:space="0" w:color="auto"/>
            </w:tcBorders>
            <w:vAlign w:val="center"/>
          </w:tcPr>
          <w:p w14:paraId="63756D39" w14:textId="77777777" w:rsidR="00280D10" w:rsidRPr="001D43E4" w:rsidRDefault="00280D10" w:rsidP="00280D10">
            <w:pPr>
              <w:rPr>
                <w:rFonts w:eastAsia="맑은 고딕"/>
                <w:lang w:eastAsia="ko-KR"/>
              </w:rPr>
            </w:pPr>
          </w:p>
        </w:tc>
      </w:tr>
      <w:tr w:rsidR="00280D10" w:rsidRPr="001D43E4" w14:paraId="75C20C04" w14:textId="77777777" w:rsidTr="00280D10">
        <w:trPr>
          <w:gridAfter w:val="1"/>
          <w:wAfter w:w="4927" w:type="dxa"/>
          <w:trHeight w:val="737"/>
        </w:trPr>
        <w:tc>
          <w:tcPr>
            <w:tcW w:w="2287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39D7966" w14:textId="40BD64DF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FDB774D" w14:textId="68A8DA51" w:rsidR="00280D10" w:rsidRPr="000906D9" w:rsidRDefault="00280D10" w:rsidP="00280D10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연락처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4734D0" w14:textId="31C568A6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</w:tr>
      <w:tr w:rsidR="00280D10" w:rsidRPr="001D43E4" w14:paraId="37364A0D" w14:textId="77777777" w:rsidTr="00280D10">
        <w:trPr>
          <w:gridAfter w:val="1"/>
          <w:wAfter w:w="4927" w:type="dxa"/>
          <w:trHeight w:val="737"/>
        </w:trPr>
        <w:tc>
          <w:tcPr>
            <w:tcW w:w="2287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053EA6B" w14:textId="3CD3867E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C255C8" w14:textId="161C03A2" w:rsidR="00280D10" w:rsidRPr="000906D9" w:rsidRDefault="00280D10" w:rsidP="00280D10">
            <w:pPr>
              <w:pStyle w:val="a7"/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  <w:lang w:eastAsia="ko-KR"/>
              </w:rPr>
              <w:t>이메일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54D32E" w14:textId="7D4C7BD9" w:rsidR="00280D10" w:rsidRPr="000906D9" w:rsidRDefault="00280D10" w:rsidP="00280D10">
            <w:pPr>
              <w:pStyle w:val="a7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</w:tr>
      <w:tr w:rsidR="00280D10" w:rsidRPr="001D43E4" w14:paraId="46243164" w14:textId="77777777" w:rsidTr="00280D10">
        <w:trPr>
          <w:gridAfter w:val="1"/>
          <w:wAfter w:w="4927" w:type="dxa"/>
          <w:trHeight w:val="1085"/>
        </w:trPr>
        <w:tc>
          <w:tcPr>
            <w:tcW w:w="228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6C493B5" w14:textId="46EA1055" w:rsidR="00280D10" w:rsidRPr="001D43E4" w:rsidRDefault="00280D10" w:rsidP="00280D10">
            <w:pPr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BBB605F" w14:textId="52710694" w:rsidR="00280D10" w:rsidRPr="000906D9" w:rsidRDefault="00280D10" w:rsidP="00280D10">
            <w:pPr>
              <w:jc w:val="center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비고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07A1FD" w14:textId="54EBFCA5" w:rsidR="00280D10" w:rsidRDefault="00280D10" w:rsidP="00280D10">
            <w:pPr>
              <w:spacing w:after="0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의사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간호사</w:t>
            </w:r>
            <w:r w:rsidR="00FD2750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(</w:t>
            </w:r>
            <w:proofErr w:type="gramEnd"/>
            <w:r w:rsidR="00FD2750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    </w:t>
            </w:r>
            <w:proofErr w:type="gramStart"/>
            <w:r w:rsidR="00FD2750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</w:t>
            </w:r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)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</w:p>
          <w:p w14:paraId="7E6364EF" w14:textId="07FA3CA7" w:rsidR="00280D10" w:rsidRPr="001D43E4" w:rsidRDefault="00280D10" w:rsidP="00280D10">
            <w:pPr>
              <w:spacing w:after="0"/>
              <w:ind w:firstLineChars="100" w:firstLine="240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법조인 </w:t>
            </w:r>
            <w:r w:rsidR="00FD2750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보험관련(  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         )</w:t>
            </w:r>
          </w:p>
        </w:tc>
      </w:tr>
      <w:tr w:rsidR="00280D10" w:rsidRPr="001D43E4" w14:paraId="7B61EFF3" w14:textId="77777777" w:rsidTr="00280D10">
        <w:trPr>
          <w:gridAfter w:val="1"/>
          <w:wAfter w:w="4927" w:type="dxa"/>
          <w:trHeight w:val="1531"/>
        </w:trPr>
        <w:tc>
          <w:tcPr>
            <w:tcW w:w="22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536A119" w14:textId="0ED2E2E8" w:rsidR="00280D10" w:rsidRPr="000906D9" w:rsidRDefault="00280D10" w:rsidP="00280D10">
            <w:pPr>
              <w:spacing w:after="0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문의 및 사전접수</w:t>
            </w:r>
          </w:p>
        </w:tc>
        <w:tc>
          <w:tcPr>
            <w:tcW w:w="6804" w:type="dxa"/>
            <w:gridSpan w:val="2"/>
            <w:tcBorders>
              <w:top w:val="single" w:sz="12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7D96ED1" w14:textId="77777777" w:rsidR="00280D10" w:rsidRPr="000906D9" w:rsidRDefault="00280D10" w:rsidP="00280D10">
            <w:pPr>
              <w:spacing w:after="0" w:line="240" w:lineRule="auto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spellStart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가천대길병원</w:t>
            </w:r>
            <w:proofErr w:type="spellEnd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신경외과학 교실</w:t>
            </w:r>
          </w:p>
          <w:p w14:paraId="536A489E" w14:textId="77777777" w:rsidR="00280D10" w:rsidRPr="000906D9" w:rsidRDefault="00280D10" w:rsidP="00280D10">
            <w:pPr>
              <w:spacing w:after="0" w:line="240" w:lineRule="auto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gramStart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Tel :</w:t>
            </w:r>
            <w:proofErr w:type="gramEnd"/>
            <w:r w:rsidRPr="000906D9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032-460-3304</w:t>
            </w:r>
          </w:p>
          <w:p w14:paraId="46C47FA6" w14:textId="0DC3E53A" w:rsidR="00280D10" w:rsidRPr="000906D9" w:rsidRDefault="00280D10" w:rsidP="00280D10">
            <w:pPr>
              <w:spacing w:after="0" w:line="240" w:lineRule="auto"/>
              <w:rPr>
                <w:rFonts w:ascii="맑은 고딕" w:eastAsia="맑은 고딕" w:hAnsi="맑은 고딕"/>
                <w:sz w:val="24"/>
                <w:szCs w:val="24"/>
                <w:lang w:eastAsia="ko-KR"/>
              </w:rPr>
            </w:pPr>
            <w:proofErr w:type="gramStart"/>
            <w:r w:rsidRPr="00FD0D74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>E-mail :</w:t>
            </w:r>
            <w:proofErr w:type="gramEnd"/>
            <w:r w:rsidRPr="00FD0D74">
              <w:rPr>
                <w:rFonts w:ascii="맑은 고딕" w:eastAsia="맑은 고딕" w:hAnsi="맑은 고딕" w:hint="eastAsia"/>
                <w:sz w:val="24"/>
                <w:szCs w:val="24"/>
                <w:lang w:eastAsia="ko-KR"/>
              </w:rPr>
              <w:t xml:space="preserve"> kaime@gilhospital.com</w:t>
            </w:r>
          </w:p>
        </w:tc>
      </w:tr>
    </w:tbl>
    <w:p w14:paraId="758799E0" w14:textId="77777777" w:rsidR="001D43E4" w:rsidRPr="001D43E4" w:rsidRDefault="001D43E4" w:rsidP="001D43E4">
      <w:pPr>
        <w:rPr>
          <w:rFonts w:eastAsia="맑은 고딕"/>
          <w:b/>
          <w:bCs/>
          <w:lang w:eastAsia="ko-KR"/>
        </w:rPr>
      </w:pPr>
    </w:p>
    <w:p w14:paraId="6E270A54" w14:textId="77777777" w:rsidR="001D43E4" w:rsidRPr="001D43E4" w:rsidRDefault="001D43E4" w:rsidP="001D43E4">
      <w:pPr>
        <w:rPr>
          <w:rFonts w:eastAsia="맑은 고딕"/>
          <w:b/>
          <w:bCs/>
          <w:lang w:eastAsia="ko-KR"/>
        </w:rPr>
      </w:pPr>
    </w:p>
    <w:sectPr w:rsidR="001D43E4" w:rsidRPr="001D43E4" w:rsidSect="00C85346">
      <w:pgSz w:w="12240" w:h="15840"/>
      <w:pgMar w:top="680" w:right="1021" w:bottom="680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C107E" w14:textId="77777777" w:rsidR="00B85277" w:rsidRDefault="00B85277" w:rsidP="0013610A">
      <w:pPr>
        <w:spacing w:after="0" w:line="240" w:lineRule="auto"/>
      </w:pPr>
      <w:r>
        <w:separator/>
      </w:r>
    </w:p>
  </w:endnote>
  <w:endnote w:type="continuationSeparator" w:id="0">
    <w:p w14:paraId="5CA82664" w14:textId="77777777" w:rsidR="00B85277" w:rsidRDefault="00B85277" w:rsidP="00136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52EF1" w14:textId="77777777" w:rsidR="00B85277" w:rsidRDefault="00B85277" w:rsidP="0013610A">
      <w:pPr>
        <w:spacing w:after="0" w:line="240" w:lineRule="auto"/>
      </w:pPr>
      <w:r>
        <w:separator/>
      </w:r>
    </w:p>
  </w:footnote>
  <w:footnote w:type="continuationSeparator" w:id="0">
    <w:p w14:paraId="45830889" w14:textId="77777777" w:rsidR="00B85277" w:rsidRDefault="00B85277" w:rsidP="00136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9135833">
    <w:abstractNumId w:val="8"/>
  </w:num>
  <w:num w:numId="2" w16cid:durableId="1969047092">
    <w:abstractNumId w:val="6"/>
  </w:num>
  <w:num w:numId="3" w16cid:durableId="758990882">
    <w:abstractNumId w:val="5"/>
  </w:num>
  <w:num w:numId="4" w16cid:durableId="1365785803">
    <w:abstractNumId w:val="4"/>
  </w:num>
  <w:num w:numId="5" w16cid:durableId="1927375401">
    <w:abstractNumId w:val="7"/>
  </w:num>
  <w:num w:numId="6" w16cid:durableId="645822988">
    <w:abstractNumId w:val="3"/>
  </w:num>
  <w:num w:numId="7" w16cid:durableId="1073623377">
    <w:abstractNumId w:val="2"/>
  </w:num>
  <w:num w:numId="8" w16cid:durableId="1012147007">
    <w:abstractNumId w:val="1"/>
  </w:num>
  <w:num w:numId="9" w16cid:durableId="246815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157A"/>
    <w:rsid w:val="00031685"/>
    <w:rsid w:val="00034616"/>
    <w:rsid w:val="00042F8C"/>
    <w:rsid w:val="0006063C"/>
    <w:rsid w:val="000906D9"/>
    <w:rsid w:val="000D4AA6"/>
    <w:rsid w:val="000F11A2"/>
    <w:rsid w:val="000F3881"/>
    <w:rsid w:val="0013610A"/>
    <w:rsid w:val="001445B0"/>
    <w:rsid w:val="0015074B"/>
    <w:rsid w:val="001833EA"/>
    <w:rsid w:val="00187D2E"/>
    <w:rsid w:val="001936B5"/>
    <w:rsid w:val="001D43E4"/>
    <w:rsid w:val="00267210"/>
    <w:rsid w:val="00275A90"/>
    <w:rsid w:val="00280D10"/>
    <w:rsid w:val="0029639D"/>
    <w:rsid w:val="0030105E"/>
    <w:rsid w:val="00326F90"/>
    <w:rsid w:val="00346844"/>
    <w:rsid w:val="0037779B"/>
    <w:rsid w:val="003A500F"/>
    <w:rsid w:val="0042209F"/>
    <w:rsid w:val="00444C9C"/>
    <w:rsid w:val="004504CE"/>
    <w:rsid w:val="00491AA4"/>
    <w:rsid w:val="004B197C"/>
    <w:rsid w:val="004C662A"/>
    <w:rsid w:val="004D367F"/>
    <w:rsid w:val="00505E28"/>
    <w:rsid w:val="00582156"/>
    <w:rsid w:val="005E1878"/>
    <w:rsid w:val="0060026A"/>
    <w:rsid w:val="00625DEC"/>
    <w:rsid w:val="00625E8F"/>
    <w:rsid w:val="006547A7"/>
    <w:rsid w:val="00655BB9"/>
    <w:rsid w:val="00672424"/>
    <w:rsid w:val="006D27E8"/>
    <w:rsid w:val="006E426C"/>
    <w:rsid w:val="007010D1"/>
    <w:rsid w:val="00721149"/>
    <w:rsid w:val="00764580"/>
    <w:rsid w:val="007B750E"/>
    <w:rsid w:val="00864E54"/>
    <w:rsid w:val="0090751E"/>
    <w:rsid w:val="00943295"/>
    <w:rsid w:val="00A81D65"/>
    <w:rsid w:val="00A85B67"/>
    <w:rsid w:val="00AA1D8D"/>
    <w:rsid w:val="00AA634F"/>
    <w:rsid w:val="00AB1364"/>
    <w:rsid w:val="00AD73AB"/>
    <w:rsid w:val="00B15EFA"/>
    <w:rsid w:val="00B47730"/>
    <w:rsid w:val="00B60498"/>
    <w:rsid w:val="00B6394C"/>
    <w:rsid w:val="00B71150"/>
    <w:rsid w:val="00B81987"/>
    <w:rsid w:val="00B85277"/>
    <w:rsid w:val="00BF69E9"/>
    <w:rsid w:val="00C12156"/>
    <w:rsid w:val="00C41EBD"/>
    <w:rsid w:val="00C47D99"/>
    <w:rsid w:val="00C60BE2"/>
    <w:rsid w:val="00C65DB7"/>
    <w:rsid w:val="00C85346"/>
    <w:rsid w:val="00CB0664"/>
    <w:rsid w:val="00DB7DF1"/>
    <w:rsid w:val="00DD44B9"/>
    <w:rsid w:val="00E113A4"/>
    <w:rsid w:val="00E16D00"/>
    <w:rsid w:val="00E44826"/>
    <w:rsid w:val="00E5241D"/>
    <w:rsid w:val="00E70493"/>
    <w:rsid w:val="00EC193C"/>
    <w:rsid w:val="00FC693F"/>
    <w:rsid w:val="00FD0D74"/>
    <w:rsid w:val="00FD2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805162"/>
  <w14:defaultImageDpi w14:val="330"/>
  <w15:docId w15:val="{AC420F76-159B-47B8-9116-0F6520C5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ff1">
    <w:name w:val="바탕글"/>
    <w:uiPriority w:val="99"/>
    <w:rsid w:val="0013610A"/>
    <w:pPr>
      <w:widowControl w:val="0"/>
      <w:shd w:val="clear" w:color="auto" w:fill="FFFFFF"/>
      <w:wordWrap w:val="0"/>
      <w:autoSpaceDE w:val="0"/>
      <w:autoSpaceDN w:val="0"/>
      <w:snapToGrid w:val="0"/>
      <w:spacing w:after="0" w:line="360" w:lineRule="auto"/>
      <w:jc w:val="both"/>
    </w:pPr>
    <w:rPr>
      <w:rFonts w:ascii="한양신명조" w:eastAsia="한양신명조" w:hAnsi="한양신명조"/>
      <w:color w:val="000000"/>
      <w:kern w:val="2"/>
      <w:sz w:val="20"/>
      <w:lang w:eastAsia="ko-KR"/>
    </w:rPr>
  </w:style>
  <w:style w:type="character" w:styleId="aff2">
    <w:name w:val="Hyperlink"/>
    <w:basedOn w:val="a2"/>
    <w:uiPriority w:val="99"/>
    <w:unhideWhenUsed/>
    <w:rsid w:val="001D43E4"/>
    <w:rPr>
      <w:color w:val="0000FF" w:themeColor="hyperlink"/>
      <w:u w:val="single"/>
    </w:rPr>
  </w:style>
  <w:style w:type="character" w:styleId="aff3">
    <w:name w:val="Unresolved Mention"/>
    <w:basedOn w:val="a2"/>
    <w:uiPriority w:val="99"/>
    <w:semiHidden/>
    <w:unhideWhenUsed/>
    <w:rsid w:val="001D4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0C3CBB-820F-4804-B685-D0BE8A80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오영민</cp:lastModifiedBy>
  <cp:revision>3</cp:revision>
  <cp:lastPrinted>2026-07-29T07:07:00Z</cp:lastPrinted>
  <dcterms:created xsi:type="dcterms:W3CDTF">2026-08-11T22:37:00Z</dcterms:created>
  <dcterms:modified xsi:type="dcterms:W3CDTF">2026-08-11T22:37:00Z</dcterms:modified>
  <cp:category/>
</cp:coreProperties>
</file>