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60DEA" w14:textId="2BA38629" w:rsidR="00B15EFA" w:rsidRPr="00B60498" w:rsidRDefault="00444C9C" w:rsidP="00B60498">
      <w:pPr>
        <w:pStyle w:val="a8"/>
        <w:jc w:val="center"/>
        <w:rPr>
          <w:b/>
          <w:bCs/>
          <w:sz w:val="36"/>
          <w:szCs w:val="36"/>
          <w:lang w:eastAsia="ko-KR"/>
        </w:rPr>
      </w:pPr>
      <w:r w:rsidRPr="00B60498">
        <w:rPr>
          <w:b/>
          <w:bCs/>
          <w:sz w:val="36"/>
          <w:szCs w:val="36"/>
          <w:lang w:eastAsia="ko-KR"/>
        </w:rPr>
        <w:t>찾아가는</w:t>
      </w:r>
      <w:r w:rsidRPr="00B60498">
        <w:rPr>
          <w:b/>
          <w:bCs/>
          <w:sz w:val="36"/>
          <w:szCs w:val="36"/>
          <w:lang w:eastAsia="ko-KR"/>
        </w:rPr>
        <w:t xml:space="preserve"> </w:t>
      </w:r>
      <w:r w:rsidRPr="00B60498">
        <w:rPr>
          <w:b/>
          <w:bCs/>
          <w:sz w:val="36"/>
          <w:szCs w:val="36"/>
          <w:lang w:eastAsia="ko-KR"/>
        </w:rPr>
        <w:t>의료감정학회</w:t>
      </w:r>
      <w:r w:rsidRPr="00B60498">
        <w:rPr>
          <w:b/>
          <w:bCs/>
          <w:sz w:val="36"/>
          <w:szCs w:val="36"/>
          <w:lang w:eastAsia="ko-KR"/>
        </w:rPr>
        <w:t xml:space="preserve"> </w:t>
      </w:r>
      <w:r w:rsidR="000D4AA6">
        <w:rPr>
          <w:b/>
          <w:bCs/>
          <w:sz w:val="36"/>
          <w:szCs w:val="36"/>
          <w:lang w:eastAsia="ko-KR"/>
        </w:rPr>
        <w:t xml:space="preserve">- </w:t>
      </w:r>
      <w:r w:rsidR="000D4AA6" w:rsidRPr="000D4AA6">
        <w:rPr>
          <w:rFonts w:ascii="맑은 고딕" w:eastAsia="맑은 고딕" w:hAnsi="맑은 고딕" w:cs="맑은 고딕" w:hint="eastAsia"/>
          <w:b/>
          <w:bCs/>
          <w:sz w:val="36"/>
          <w:szCs w:val="36"/>
          <w:lang w:eastAsia="ko-KR"/>
        </w:rPr>
        <w:t>영남</w:t>
      </w:r>
    </w:p>
    <w:p w14:paraId="40371286" w14:textId="77777777" w:rsidR="00B60498" w:rsidRDefault="00444C9C" w:rsidP="00B60498">
      <w:pPr>
        <w:spacing w:after="0" w:line="240" w:lineRule="auto"/>
        <w:jc w:val="right"/>
        <w:rPr>
          <w:rFonts w:eastAsia="맑은 고딕"/>
          <w:lang w:eastAsia="ko-KR"/>
        </w:rPr>
      </w:pPr>
      <w:r>
        <w:rPr>
          <w:lang w:eastAsia="ko-KR"/>
        </w:rPr>
        <w:t>일시</w:t>
      </w:r>
      <w:r>
        <w:rPr>
          <w:lang w:eastAsia="ko-KR"/>
        </w:rPr>
        <w:t>: 2026</w:t>
      </w:r>
      <w:r>
        <w:rPr>
          <w:lang w:eastAsia="ko-KR"/>
        </w:rPr>
        <w:t>년</w:t>
      </w:r>
      <w:r>
        <w:rPr>
          <w:lang w:eastAsia="ko-KR"/>
        </w:rPr>
        <w:t xml:space="preserve"> 5</w:t>
      </w:r>
      <w:r>
        <w:rPr>
          <w:lang w:eastAsia="ko-KR"/>
        </w:rPr>
        <w:t>월</w:t>
      </w:r>
      <w:r>
        <w:rPr>
          <w:lang w:eastAsia="ko-KR"/>
        </w:rPr>
        <w:t xml:space="preserve"> 15</w:t>
      </w:r>
      <w:r>
        <w:rPr>
          <w:lang w:eastAsia="ko-KR"/>
        </w:rPr>
        <w:t>일</w:t>
      </w:r>
      <w:r>
        <w:rPr>
          <w:lang w:eastAsia="ko-KR"/>
        </w:rPr>
        <w:t>(</w:t>
      </w:r>
      <w:r>
        <w:rPr>
          <w:lang w:eastAsia="ko-KR"/>
        </w:rPr>
        <w:t>금</w:t>
      </w:r>
      <w:r>
        <w:rPr>
          <w:lang w:eastAsia="ko-KR"/>
        </w:rPr>
        <w:t>)</w:t>
      </w:r>
    </w:p>
    <w:p w14:paraId="55C4CDC3" w14:textId="4F2DDD46" w:rsidR="00B15EFA" w:rsidRDefault="00444C9C" w:rsidP="00B60498">
      <w:pPr>
        <w:spacing w:line="240" w:lineRule="auto"/>
        <w:jc w:val="right"/>
        <w:rPr>
          <w:lang w:eastAsia="ko-KR"/>
        </w:rPr>
      </w:pPr>
      <w:r>
        <w:rPr>
          <w:lang w:eastAsia="ko-KR"/>
        </w:rPr>
        <w:t>장소</w:t>
      </w:r>
      <w:r>
        <w:rPr>
          <w:lang w:eastAsia="ko-KR"/>
        </w:rPr>
        <w:t xml:space="preserve">: </w:t>
      </w:r>
      <w:r w:rsidR="00C47D99">
        <w:rPr>
          <w:rFonts w:ascii="맑은 고딕" w:eastAsia="맑은 고딕" w:hAnsi="맑은 고딕" w:cs="맑은 고딕" w:hint="eastAsia"/>
          <w:lang w:eastAsia="ko-KR"/>
        </w:rPr>
        <w:t xml:space="preserve">인제대 부산백병원 임재관 11층 </w:t>
      </w:r>
    </w:p>
    <w:p w14:paraId="0A4188BB" w14:textId="47388CBD" w:rsidR="00C47D99" w:rsidRPr="00C47D99" w:rsidRDefault="00444C9C" w:rsidP="00721149">
      <w:pPr>
        <w:rPr>
          <w:rFonts w:eastAsia="맑은 고딕"/>
          <w:lang w:eastAsia="ko-KR"/>
        </w:rPr>
      </w:pPr>
      <w:r>
        <w:rPr>
          <w:lang w:eastAsia="ko-KR"/>
        </w:rPr>
        <w:br/>
      </w:r>
      <w:r w:rsidR="00C47D99" w:rsidRPr="00C47D99">
        <w:rPr>
          <w:rFonts w:eastAsia="맑은 고딕" w:hint="eastAsia"/>
          <w:lang w:eastAsia="ko-KR"/>
        </w:rPr>
        <w:t>벌써</w:t>
      </w:r>
      <w:r w:rsidR="00C47D99" w:rsidRPr="00C47D99">
        <w:rPr>
          <w:rFonts w:eastAsia="맑은 고딕" w:hint="eastAsia"/>
          <w:lang w:eastAsia="ko-KR"/>
        </w:rPr>
        <w:t xml:space="preserve"> </w:t>
      </w:r>
      <w:r w:rsidR="00C47D99" w:rsidRPr="00C47D99">
        <w:rPr>
          <w:rFonts w:eastAsia="맑은 고딕" w:hint="eastAsia"/>
          <w:lang w:eastAsia="ko-KR"/>
        </w:rPr>
        <w:t>봄이</w:t>
      </w:r>
      <w:r w:rsidR="00C47D99" w:rsidRPr="00C47D99">
        <w:rPr>
          <w:rFonts w:eastAsia="맑은 고딕" w:hint="eastAsia"/>
          <w:lang w:eastAsia="ko-KR"/>
        </w:rPr>
        <w:t xml:space="preserve"> </w:t>
      </w:r>
      <w:r w:rsidR="00C47D99" w:rsidRPr="00C47D99">
        <w:rPr>
          <w:rFonts w:eastAsia="맑은 고딕" w:hint="eastAsia"/>
          <w:lang w:eastAsia="ko-KR"/>
        </w:rPr>
        <w:t>와서</w:t>
      </w:r>
      <w:r w:rsidR="00C47D99" w:rsidRPr="00C47D99">
        <w:rPr>
          <w:rFonts w:eastAsia="맑은 고딕" w:hint="eastAsia"/>
          <w:lang w:eastAsia="ko-KR"/>
        </w:rPr>
        <w:t xml:space="preserve"> </w:t>
      </w:r>
      <w:r w:rsidR="00C47D99" w:rsidRPr="00C47D99">
        <w:rPr>
          <w:rFonts w:eastAsia="맑은 고딕" w:hint="eastAsia"/>
          <w:lang w:eastAsia="ko-KR"/>
        </w:rPr>
        <w:t>겨우내</w:t>
      </w:r>
      <w:r w:rsidR="00C47D99" w:rsidRPr="00C47D99">
        <w:rPr>
          <w:rFonts w:eastAsia="맑은 고딕" w:hint="eastAsia"/>
          <w:lang w:eastAsia="ko-KR"/>
        </w:rPr>
        <w:t xml:space="preserve"> </w:t>
      </w:r>
      <w:r w:rsidR="00C47D99" w:rsidRPr="00C47D99">
        <w:rPr>
          <w:rFonts w:eastAsia="맑은 고딕" w:hint="eastAsia"/>
          <w:lang w:eastAsia="ko-KR"/>
        </w:rPr>
        <w:t>체온을</w:t>
      </w:r>
      <w:r w:rsidR="00C47D99" w:rsidRPr="00C47D99">
        <w:rPr>
          <w:rFonts w:eastAsia="맑은 고딕" w:hint="eastAsia"/>
          <w:lang w:eastAsia="ko-KR"/>
        </w:rPr>
        <w:t xml:space="preserve"> </w:t>
      </w:r>
      <w:r w:rsidR="00C47D99" w:rsidRPr="00C47D99">
        <w:rPr>
          <w:rFonts w:eastAsia="맑은 고딕" w:hint="eastAsia"/>
          <w:lang w:eastAsia="ko-KR"/>
        </w:rPr>
        <w:t>유지하였던</w:t>
      </w:r>
      <w:r w:rsidR="00C47D99" w:rsidRPr="00C47D99">
        <w:rPr>
          <w:rFonts w:eastAsia="맑은 고딕" w:hint="eastAsia"/>
          <w:lang w:eastAsia="ko-KR"/>
        </w:rPr>
        <w:t xml:space="preserve"> </w:t>
      </w:r>
      <w:r w:rsidR="00C47D99" w:rsidRPr="00C47D99">
        <w:rPr>
          <w:rFonts w:eastAsia="맑은 고딕" w:hint="eastAsia"/>
          <w:lang w:eastAsia="ko-KR"/>
        </w:rPr>
        <w:t>두꺼운</w:t>
      </w:r>
      <w:r w:rsidR="00C47D99" w:rsidRPr="00C47D99">
        <w:rPr>
          <w:rFonts w:eastAsia="맑은 고딕" w:hint="eastAsia"/>
          <w:lang w:eastAsia="ko-KR"/>
        </w:rPr>
        <w:t xml:space="preserve"> </w:t>
      </w:r>
      <w:r w:rsidR="00C47D99" w:rsidRPr="00C47D99">
        <w:rPr>
          <w:rFonts w:eastAsia="맑은 고딕" w:hint="eastAsia"/>
          <w:lang w:eastAsia="ko-KR"/>
        </w:rPr>
        <w:t>옷이</w:t>
      </w:r>
      <w:r w:rsidR="00C47D99" w:rsidRPr="00C47D99">
        <w:rPr>
          <w:rFonts w:eastAsia="맑은 고딕" w:hint="eastAsia"/>
          <w:lang w:eastAsia="ko-KR"/>
        </w:rPr>
        <w:t xml:space="preserve"> </w:t>
      </w:r>
      <w:r w:rsidR="00C47D99" w:rsidRPr="00C47D99">
        <w:rPr>
          <w:rFonts w:eastAsia="맑은 고딕" w:hint="eastAsia"/>
          <w:lang w:eastAsia="ko-KR"/>
        </w:rPr>
        <w:t>이제는</w:t>
      </w:r>
      <w:r w:rsidR="00C47D99" w:rsidRPr="00C47D99">
        <w:rPr>
          <w:rFonts w:eastAsia="맑은 고딕" w:hint="eastAsia"/>
          <w:lang w:eastAsia="ko-KR"/>
        </w:rPr>
        <w:t xml:space="preserve"> </w:t>
      </w:r>
      <w:r w:rsidR="00C47D99" w:rsidRPr="00C47D99">
        <w:rPr>
          <w:rFonts w:eastAsia="맑은 고딕" w:hint="eastAsia"/>
          <w:lang w:eastAsia="ko-KR"/>
        </w:rPr>
        <w:t>무겁게만</w:t>
      </w:r>
      <w:r w:rsidR="00C47D99" w:rsidRPr="00C47D99">
        <w:rPr>
          <w:rFonts w:eastAsia="맑은 고딕" w:hint="eastAsia"/>
          <w:lang w:eastAsia="ko-KR"/>
        </w:rPr>
        <w:t xml:space="preserve"> </w:t>
      </w:r>
      <w:r w:rsidR="00C47D99" w:rsidRPr="00C47D99">
        <w:rPr>
          <w:rFonts w:eastAsia="맑은 고딕" w:hint="eastAsia"/>
          <w:lang w:eastAsia="ko-KR"/>
        </w:rPr>
        <w:t>느껴집니다</w:t>
      </w:r>
      <w:r w:rsidR="00C47D99" w:rsidRPr="00C47D99">
        <w:rPr>
          <w:rFonts w:eastAsia="맑은 고딕" w:hint="eastAsia"/>
          <w:lang w:eastAsia="ko-KR"/>
        </w:rPr>
        <w:t xml:space="preserve">. </w:t>
      </w:r>
    </w:p>
    <w:p w14:paraId="0F271786" w14:textId="77777777" w:rsidR="00C47D99" w:rsidRPr="00C47D99" w:rsidRDefault="00C47D99" w:rsidP="00721149">
      <w:pPr>
        <w:spacing w:line="240" w:lineRule="auto"/>
        <w:rPr>
          <w:rFonts w:eastAsia="맑은 고딕"/>
          <w:lang w:eastAsia="ko-KR"/>
        </w:rPr>
      </w:pPr>
      <w:r w:rsidRPr="00C47D99">
        <w:rPr>
          <w:rFonts w:eastAsia="맑은 고딕" w:hint="eastAsia"/>
          <w:lang w:eastAsia="ko-KR"/>
        </w:rPr>
        <w:t>봄꽃이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무르익어가는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지금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의료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감정학회는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새로운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도전을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하려고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합니다</w:t>
      </w:r>
      <w:r w:rsidRPr="00C47D99">
        <w:rPr>
          <w:rFonts w:eastAsia="맑은 고딕" w:hint="eastAsia"/>
          <w:lang w:eastAsia="ko-KR"/>
        </w:rPr>
        <w:t xml:space="preserve">. </w:t>
      </w:r>
    </w:p>
    <w:p w14:paraId="69BE1BE3" w14:textId="6E65009B" w:rsidR="00C47D99" w:rsidRPr="00C47D99" w:rsidRDefault="00C47D99" w:rsidP="00721149">
      <w:pPr>
        <w:spacing w:line="240" w:lineRule="auto"/>
        <w:rPr>
          <w:rFonts w:eastAsia="맑은 고딕"/>
          <w:lang w:eastAsia="ko-KR"/>
        </w:rPr>
      </w:pPr>
      <w:r w:rsidRPr="00C47D99">
        <w:rPr>
          <w:rFonts w:eastAsia="맑은 고딕" w:hint="eastAsia"/>
          <w:lang w:eastAsia="ko-KR"/>
        </w:rPr>
        <w:t>의료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감정의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실제에서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어려운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점이나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서로가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토론하여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발전하여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나아갈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것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무엇이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있는지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찾아가는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의료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감정학회</w:t>
      </w:r>
      <w:r w:rsidRPr="00C47D99">
        <w:rPr>
          <w:rFonts w:eastAsia="맑은 고딕" w:hint="eastAsia"/>
          <w:lang w:eastAsia="ko-KR"/>
        </w:rPr>
        <w:t xml:space="preserve"> </w:t>
      </w:r>
      <w:r w:rsidR="000D4AA6">
        <w:rPr>
          <w:rFonts w:eastAsia="맑은 고딕" w:hint="eastAsia"/>
          <w:lang w:eastAsia="ko-KR"/>
        </w:rPr>
        <w:t>영남지역</w:t>
      </w:r>
      <w:r w:rsidR="000D4AA6">
        <w:rPr>
          <w:rFonts w:eastAsia="맑은 고딕" w:hint="eastAsia"/>
          <w:lang w:eastAsia="ko-KR"/>
        </w:rPr>
        <w:t xml:space="preserve"> </w:t>
      </w:r>
      <w:proofErr w:type="spellStart"/>
      <w:r w:rsidRPr="00C47D99">
        <w:rPr>
          <w:rFonts w:eastAsia="맑은 고딕" w:hint="eastAsia"/>
          <w:lang w:eastAsia="ko-KR"/>
        </w:rPr>
        <w:t>세미나을</w:t>
      </w:r>
      <w:proofErr w:type="spellEnd"/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기획하였습니다</w:t>
      </w:r>
      <w:r w:rsidRPr="00C47D99">
        <w:rPr>
          <w:rFonts w:eastAsia="맑은 고딕" w:hint="eastAsia"/>
          <w:lang w:eastAsia="ko-KR"/>
        </w:rPr>
        <w:t xml:space="preserve">. </w:t>
      </w:r>
    </w:p>
    <w:p w14:paraId="3D40B3C0" w14:textId="77777777" w:rsidR="00C47D99" w:rsidRPr="00C47D99" w:rsidRDefault="00C47D99" w:rsidP="00721149">
      <w:pPr>
        <w:spacing w:line="240" w:lineRule="auto"/>
        <w:rPr>
          <w:rFonts w:eastAsia="맑은 고딕"/>
          <w:lang w:eastAsia="ko-KR"/>
        </w:rPr>
      </w:pPr>
      <w:r w:rsidRPr="00C47D99">
        <w:rPr>
          <w:rFonts w:eastAsia="맑은 고딕" w:hint="eastAsia"/>
          <w:lang w:eastAsia="ko-KR"/>
        </w:rPr>
        <w:t>아직은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어떻게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의견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교환을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하는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것이</w:t>
      </w:r>
      <w:r w:rsidRPr="00C47D99">
        <w:rPr>
          <w:rFonts w:eastAsia="맑은 고딕" w:hint="eastAsia"/>
          <w:lang w:eastAsia="ko-KR"/>
        </w:rPr>
        <w:t xml:space="preserve"> </w:t>
      </w:r>
      <w:proofErr w:type="spellStart"/>
      <w:r w:rsidRPr="00C47D99">
        <w:rPr>
          <w:rFonts w:eastAsia="맑은 고딕" w:hint="eastAsia"/>
          <w:lang w:eastAsia="ko-KR"/>
        </w:rPr>
        <w:t>좋은지</w:t>
      </w:r>
      <w:proofErr w:type="spellEnd"/>
      <w:r w:rsidRPr="00C47D99">
        <w:rPr>
          <w:rFonts w:eastAsia="맑은 고딕" w:hint="eastAsia"/>
          <w:lang w:eastAsia="ko-KR"/>
        </w:rPr>
        <w:t xml:space="preserve">, </w:t>
      </w:r>
      <w:r w:rsidRPr="00C47D99">
        <w:rPr>
          <w:rFonts w:eastAsia="맑은 고딕" w:hint="eastAsia"/>
          <w:lang w:eastAsia="ko-KR"/>
        </w:rPr>
        <w:t>이러한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세미나가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도움이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될지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모르지만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조금이라도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서로를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알아가고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감정의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올바른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길을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찾아갈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수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있다면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좋겠습니다</w:t>
      </w:r>
      <w:r w:rsidRPr="00C47D99">
        <w:rPr>
          <w:rFonts w:eastAsia="맑은 고딕" w:hint="eastAsia"/>
          <w:lang w:eastAsia="ko-KR"/>
        </w:rPr>
        <w:t xml:space="preserve">. </w:t>
      </w:r>
    </w:p>
    <w:p w14:paraId="763C8FE2" w14:textId="77777777" w:rsidR="00C47D99" w:rsidRPr="00C47D99" w:rsidRDefault="00C47D99" w:rsidP="00721149">
      <w:pPr>
        <w:spacing w:line="240" w:lineRule="auto"/>
        <w:rPr>
          <w:rFonts w:eastAsia="맑은 고딕"/>
          <w:lang w:eastAsia="ko-KR"/>
        </w:rPr>
      </w:pPr>
      <w:r w:rsidRPr="00C47D99">
        <w:rPr>
          <w:rFonts w:eastAsia="맑은 고딕" w:hint="eastAsia"/>
          <w:lang w:eastAsia="ko-KR"/>
        </w:rPr>
        <w:t>현재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의료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분쟁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조정법이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만들어지고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있으나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어디로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갈지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모르고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있고</w:t>
      </w:r>
      <w:r w:rsidRPr="00C47D99">
        <w:rPr>
          <w:rFonts w:eastAsia="맑은 고딕" w:hint="eastAsia"/>
          <w:lang w:eastAsia="ko-KR"/>
        </w:rPr>
        <w:t xml:space="preserve">, </w:t>
      </w:r>
      <w:r w:rsidRPr="00C47D99">
        <w:rPr>
          <w:rFonts w:eastAsia="맑은 고딕" w:hint="eastAsia"/>
          <w:lang w:eastAsia="ko-KR"/>
        </w:rPr>
        <w:t>이를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바라보는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사회는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그리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호의적이지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않아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올바른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의료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감정이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더욱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더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요구되는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시기인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것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같습니다</w:t>
      </w:r>
      <w:r w:rsidRPr="00C47D99">
        <w:rPr>
          <w:rFonts w:eastAsia="맑은 고딕" w:hint="eastAsia"/>
          <w:lang w:eastAsia="ko-KR"/>
        </w:rPr>
        <w:t xml:space="preserve">. </w:t>
      </w:r>
    </w:p>
    <w:p w14:paraId="0C68C7B7" w14:textId="77777777" w:rsidR="00C47D99" w:rsidRPr="00C47D99" w:rsidRDefault="00C47D99" w:rsidP="00721149">
      <w:pPr>
        <w:spacing w:line="240" w:lineRule="auto"/>
        <w:rPr>
          <w:rFonts w:eastAsia="맑은 고딕"/>
          <w:lang w:eastAsia="ko-KR"/>
        </w:rPr>
      </w:pPr>
      <w:r w:rsidRPr="00C47D99">
        <w:rPr>
          <w:rFonts w:eastAsia="맑은 고딕" w:hint="eastAsia"/>
          <w:lang w:eastAsia="ko-KR"/>
        </w:rPr>
        <w:t>찾아가는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의료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감정학회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첫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발을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노인신경외과</w:t>
      </w:r>
      <w:r w:rsidRPr="00C47D99">
        <w:rPr>
          <w:rFonts w:eastAsia="맑은 고딕" w:hint="eastAsia"/>
          <w:lang w:eastAsia="ko-KR"/>
        </w:rPr>
        <w:t xml:space="preserve"> </w:t>
      </w:r>
      <w:proofErr w:type="spellStart"/>
      <w:r w:rsidRPr="00C47D99">
        <w:rPr>
          <w:rFonts w:eastAsia="맑은 고딕" w:hint="eastAsia"/>
          <w:lang w:eastAsia="ko-KR"/>
        </w:rPr>
        <w:t>회장님이신</w:t>
      </w:r>
      <w:proofErr w:type="spellEnd"/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김무성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교수님의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물심양면의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도움으로</w:t>
      </w:r>
      <w:r w:rsidRPr="00C47D99">
        <w:rPr>
          <w:rFonts w:eastAsia="맑은 고딕" w:hint="eastAsia"/>
          <w:lang w:eastAsia="ko-KR"/>
        </w:rPr>
        <w:t xml:space="preserve"> </w:t>
      </w:r>
    </w:p>
    <w:p w14:paraId="2AC27FA3" w14:textId="77777777" w:rsidR="00C47D99" w:rsidRPr="00C47D99" w:rsidRDefault="00C47D99" w:rsidP="00721149">
      <w:pPr>
        <w:spacing w:line="240" w:lineRule="auto"/>
        <w:rPr>
          <w:rFonts w:eastAsia="맑은 고딕"/>
          <w:lang w:eastAsia="ko-KR"/>
        </w:rPr>
      </w:pPr>
      <w:r w:rsidRPr="00C47D99">
        <w:rPr>
          <w:rFonts w:eastAsia="맑은 고딕" w:hint="eastAsia"/>
          <w:lang w:eastAsia="ko-KR"/>
        </w:rPr>
        <w:t>부산</w:t>
      </w:r>
      <w:r w:rsidRPr="00C47D99">
        <w:rPr>
          <w:rFonts w:eastAsia="맑은 고딕" w:hint="eastAsia"/>
          <w:lang w:eastAsia="ko-KR"/>
        </w:rPr>
        <w:t xml:space="preserve"> </w:t>
      </w:r>
      <w:proofErr w:type="spellStart"/>
      <w:r w:rsidRPr="00C47D99">
        <w:rPr>
          <w:rFonts w:eastAsia="맑은 고딕" w:hint="eastAsia"/>
          <w:lang w:eastAsia="ko-KR"/>
        </w:rPr>
        <w:t>인재대</w:t>
      </w:r>
      <w:proofErr w:type="spellEnd"/>
      <w:r w:rsidRPr="00C47D99">
        <w:rPr>
          <w:rFonts w:eastAsia="맑은 고딕" w:hint="eastAsia"/>
          <w:lang w:eastAsia="ko-KR"/>
        </w:rPr>
        <w:t xml:space="preserve"> </w:t>
      </w:r>
      <w:proofErr w:type="spellStart"/>
      <w:r w:rsidRPr="00C47D99">
        <w:rPr>
          <w:rFonts w:eastAsia="맑은 고딕" w:hint="eastAsia"/>
          <w:lang w:eastAsia="ko-KR"/>
        </w:rPr>
        <w:t>백병원</w:t>
      </w:r>
      <w:proofErr w:type="spellEnd"/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임재관</w:t>
      </w:r>
      <w:r w:rsidRPr="00C47D99">
        <w:rPr>
          <w:rFonts w:eastAsia="맑은 고딕" w:hint="eastAsia"/>
          <w:lang w:eastAsia="ko-KR"/>
        </w:rPr>
        <w:t xml:space="preserve"> 11</w:t>
      </w:r>
      <w:r w:rsidRPr="00C47D99">
        <w:rPr>
          <w:rFonts w:eastAsia="맑은 고딕" w:hint="eastAsia"/>
          <w:lang w:eastAsia="ko-KR"/>
        </w:rPr>
        <w:t>층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강당에서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시작하려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합니다</w:t>
      </w:r>
      <w:r w:rsidRPr="00C47D99">
        <w:rPr>
          <w:rFonts w:eastAsia="맑은 고딕" w:hint="eastAsia"/>
          <w:lang w:eastAsia="ko-KR"/>
        </w:rPr>
        <w:t xml:space="preserve">. </w:t>
      </w:r>
    </w:p>
    <w:p w14:paraId="02A766FC" w14:textId="77777777" w:rsidR="00C47D99" w:rsidRPr="00C47D99" w:rsidRDefault="00C47D99" w:rsidP="00721149">
      <w:pPr>
        <w:spacing w:line="240" w:lineRule="auto"/>
        <w:rPr>
          <w:rFonts w:eastAsia="맑은 고딕"/>
          <w:lang w:eastAsia="ko-KR"/>
        </w:rPr>
      </w:pPr>
      <w:r w:rsidRPr="00C47D99">
        <w:rPr>
          <w:rFonts w:eastAsia="맑은 고딕" w:hint="eastAsia"/>
          <w:lang w:eastAsia="ko-KR"/>
        </w:rPr>
        <w:t>모쪼록</w:t>
      </w:r>
      <w:r w:rsidRPr="00C47D99">
        <w:rPr>
          <w:rFonts w:eastAsia="맑은 고딕" w:hint="eastAsia"/>
          <w:lang w:eastAsia="ko-KR"/>
        </w:rPr>
        <w:t xml:space="preserve">, </w:t>
      </w:r>
      <w:r w:rsidRPr="00C47D99">
        <w:rPr>
          <w:rFonts w:eastAsia="맑은 고딕" w:hint="eastAsia"/>
          <w:lang w:eastAsia="ko-KR"/>
        </w:rPr>
        <w:t>이러한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작은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시도가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대한민국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올바른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의료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감정을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위한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작은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밀알이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되길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희망합니다</w:t>
      </w:r>
      <w:r w:rsidRPr="00C47D99">
        <w:rPr>
          <w:rFonts w:eastAsia="맑은 고딕" w:hint="eastAsia"/>
          <w:lang w:eastAsia="ko-KR"/>
        </w:rPr>
        <w:t xml:space="preserve">. </w:t>
      </w:r>
    </w:p>
    <w:p w14:paraId="6B26920F" w14:textId="77777777" w:rsidR="00C47D99" w:rsidRPr="00C47D99" w:rsidRDefault="00C47D99" w:rsidP="00721149">
      <w:pPr>
        <w:spacing w:line="240" w:lineRule="auto"/>
        <w:rPr>
          <w:rFonts w:eastAsia="맑은 고딕"/>
          <w:lang w:eastAsia="ko-KR"/>
        </w:rPr>
      </w:pPr>
      <w:r w:rsidRPr="00C47D99">
        <w:rPr>
          <w:rFonts w:eastAsia="맑은 고딕" w:hint="eastAsia"/>
          <w:lang w:eastAsia="ko-KR"/>
        </w:rPr>
        <w:t>많이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동참하여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격려와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조언</w:t>
      </w:r>
      <w:r w:rsidRPr="00C47D99">
        <w:rPr>
          <w:rFonts w:eastAsia="맑은 고딕" w:hint="eastAsia"/>
          <w:lang w:eastAsia="ko-KR"/>
        </w:rPr>
        <w:t xml:space="preserve"> </w:t>
      </w:r>
      <w:proofErr w:type="gramStart"/>
      <w:r w:rsidRPr="00C47D99">
        <w:rPr>
          <w:rFonts w:eastAsia="맑은 고딕" w:hint="eastAsia"/>
          <w:lang w:eastAsia="ko-KR"/>
        </w:rPr>
        <w:t>부탁</w:t>
      </w:r>
      <w:r w:rsidRPr="00C47D99">
        <w:rPr>
          <w:rFonts w:eastAsia="맑은 고딕" w:hint="eastAsia"/>
          <w:lang w:eastAsia="ko-KR"/>
        </w:rPr>
        <w:t xml:space="preserve"> </w:t>
      </w:r>
      <w:r w:rsidRPr="00C47D99">
        <w:rPr>
          <w:rFonts w:eastAsia="맑은 고딕" w:hint="eastAsia"/>
          <w:lang w:eastAsia="ko-KR"/>
        </w:rPr>
        <w:t>드립니다</w:t>
      </w:r>
      <w:proofErr w:type="gramEnd"/>
      <w:r w:rsidRPr="00C47D99">
        <w:rPr>
          <w:rFonts w:eastAsia="맑은 고딕" w:hint="eastAsia"/>
          <w:lang w:eastAsia="ko-KR"/>
        </w:rPr>
        <w:t xml:space="preserve">. </w:t>
      </w:r>
    </w:p>
    <w:p w14:paraId="5A4E27F8" w14:textId="77777777" w:rsidR="00721149" w:rsidRDefault="00721149">
      <w:pPr>
        <w:rPr>
          <w:rFonts w:asciiTheme="majorEastAsia" w:eastAsia="맑은 고딕" w:hAnsiTheme="majorEastAsia"/>
          <w:b/>
          <w:bCs/>
          <w:color w:val="632423" w:themeColor="accent2" w:themeShade="80"/>
          <w:lang w:eastAsia="ko-KR"/>
        </w:rPr>
      </w:pPr>
    </w:p>
    <w:p w14:paraId="10EF5563" w14:textId="7953C484" w:rsidR="00B60498" w:rsidRDefault="00721149">
      <w:pPr>
        <w:rPr>
          <w:rFonts w:asciiTheme="majorEastAsia" w:eastAsia="맑은 고딕" w:hAnsiTheme="majorEastAsia"/>
          <w:b/>
          <w:bCs/>
          <w:color w:val="632423" w:themeColor="accent2" w:themeShade="80"/>
          <w:lang w:eastAsia="ko-KR"/>
        </w:rPr>
      </w:pPr>
      <w:proofErr w:type="gramStart"/>
      <w:r>
        <w:rPr>
          <w:rFonts w:asciiTheme="majorEastAsia" w:eastAsia="맑은 고딕" w:hAnsiTheme="majorEastAsia" w:hint="eastAsia"/>
          <w:b/>
          <w:bCs/>
          <w:color w:val="632423" w:themeColor="accent2" w:themeShade="80"/>
          <w:lang w:eastAsia="ko-KR"/>
        </w:rPr>
        <w:t>&lt;</w:t>
      </w:r>
      <w:r w:rsidR="006E426C">
        <w:rPr>
          <w:rFonts w:asciiTheme="majorEastAsia" w:eastAsia="맑은 고딕" w:hAnsiTheme="majorEastAsia" w:hint="eastAsia"/>
          <w:b/>
          <w:bCs/>
          <w:color w:val="632423" w:themeColor="accent2" w:themeShade="80"/>
          <w:lang w:eastAsia="ko-KR"/>
        </w:rPr>
        <w:t xml:space="preserve"> </w:t>
      </w:r>
      <w:r>
        <w:rPr>
          <w:rFonts w:asciiTheme="majorEastAsia" w:eastAsia="맑은 고딕" w:hAnsiTheme="majorEastAsia" w:hint="eastAsia"/>
          <w:b/>
          <w:bCs/>
          <w:color w:val="632423" w:themeColor="accent2" w:themeShade="80"/>
          <w:lang w:eastAsia="ko-KR"/>
        </w:rPr>
        <w:t>등록</w:t>
      </w:r>
      <w:proofErr w:type="gramEnd"/>
      <w:r>
        <w:rPr>
          <w:rFonts w:asciiTheme="majorEastAsia" w:eastAsia="맑은 고딕" w:hAnsiTheme="majorEastAsia" w:hint="eastAsia"/>
          <w:b/>
          <w:bCs/>
          <w:color w:val="632423" w:themeColor="accent2" w:themeShade="80"/>
          <w:lang w:eastAsia="ko-KR"/>
        </w:rPr>
        <w:t xml:space="preserve"> </w:t>
      </w:r>
      <w:proofErr w:type="gramStart"/>
      <w:r>
        <w:rPr>
          <w:rFonts w:asciiTheme="majorEastAsia" w:eastAsia="맑은 고딕" w:hAnsiTheme="majorEastAsia" w:hint="eastAsia"/>
          <w:b/>
          <w:bCs/>
          <w:color w:val="632423" w:themeColor="accent2" w:themeShade="80"/>
          <w:lang w:eastAsia="ko-KR"/>
        </w:rPr>
        <w:t>신청서</w:t>
      </w:r>
      <w:r w:rsidR="006E426C">
        <w:rPr>
          <w:rFonts w:asciiTheme="majorEastAsia" w:eastAsia="맑은 고딕" w:hAnsiTheme="majorEastAsia" w:hint="eastAsia"/>
          <w:b/>
          <w:bCs/>
          <w:color w:val="632423" w:themeColor="accent2" w:themeShade="80"/>
          <w:lang w:eastAsia="ko-KR"/>
        </w:rPr>
        <w:t xml:space="preserve"> </w:t>
      </w:r>
      <w:r>
        <w:rPr>
          <w:rFonts w:asciiTheme="majorEastAsia" w:eastAsia="맑은 고딕" w:hAnsiTheme="majorEastAsia" w:hint="eastAsia"/>
          <w:b/>
          <w:bCs/>
          <w:color w:val="632423" w:themeColor="accent2" w:themeShade="80"/>
          <w:lang w:eastAsia="ko-KR"/>
        </w:rPr>
        <w:t>&gt;</w:t>
      </w:r>
      <w:proofErr w:type="gramEnd"/>
    </w:p>
    <w:tbl>
      <w:tblPr>
        <w:tblW w:w="7931" w:type="dxa"/>
        <w:tblInd w:w="-2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37"/>
        <w:gridCol w:w="6794"/>
      </w:tblGrid>
      <w:tr w:rsidR="00721149" w:rsidRPr="00721149" w14:paraId="41DC449A" w14:textId="77777777" w:rsidTr="0030105E">
        <w:trPr>
          <w:trHeight w:val="441"/>
        </w:trPr>
        <w:tc>
          <w:tcPr>
            <w:tcW w:w="1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02CD6C16" w14:textId="77777777" w:rsidR="00721149" w:rsidRPr="00721149" w:rsidRDefault="00721149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lang w:eastAsia="ko-KR"/>
              </w:rPr>
            </w:pPr>
            <w:r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>성   명</w:t>
            </w:r>
          </w:p>
        </w:tc>
        <w:tc>
          <w:tcPr>
            <w:tcW w:w="6794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DB8492F" w14:textId="77777777" w:rsidR="00721149" w:rsidRPr="00721149" w:rsidRDefault="00721149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lang w:eastAsia="ko-KR"/>
              </w:rPr>
            </w:pPr>
            <w:r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　</w:t>
            </w:r>
          </w:p>
        </w:tc>
      </w:tr>
      <w:tr w:rsidR="00721149" w:rsidRPr="00721149" w14:paraId="6A1514A0" w14:textId="77777777" w:rsidTr="0030105E">
        <w:trPr>
          <w:trHeight w:val="441"/>
        </w:trPr>
        <w:tc>
          <w:tcPr>
            <w:tcW w:w="113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A409F16" w14:textId="77777777" w:rsidR="00721149" w:rsidRPr="00721149" w:rsidRDefault="00721149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lang w:eastAsia="ko-KR"/>
              </w:rPr>
            </w:pPr>
            <w:proofErr w:type="spellStart"/>
            <w:r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>병원명</w:t>
            </w:r>
            <w:proofErr w:type="spellEnd"/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5C23F259" w14:textId="77777777" w:rsidR="00721149" w:rsidRPr="00721149" w:rsidRDefault="00721149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lang w:eastAsia="ko-KR"/>
              </w:rPr>
            </w:pPr>
            <w:r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　</w:t>
            </w:r>
          </w:p>
        </w:tc>
      </w:tr>
      <w:tr w:rsidR="00721149" w:rsidRPr="00721149" w14:paraId="133DEF75" w14:textId="77777777" w:rsidTr="0030105E">
        <w:trPr>
          <w:trHeight w:val="441"/>
        </w:trPr>
        <w:tc>
          <w:tcPr>
            <w:tcW w:w="113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5C5253A" w14:textId="77777777" w:rsidR="00721149" w:rsidRPr="00721149" w:rsidRDefault="00721149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lang w:eastAsia="ko-KR"/>
              </w:rPr>
            </w:pPr>
            <w:r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>연락처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731F983" w14:textId="77777777" w:rsidR="00721149" w:rsidRPr="00721149" w:rsidRDefault="00721149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lang w:eastAsia="ko-KR"/>
              </w:rPr>
            </w:pPr>
            <w:r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　</w:t>
            </w:r>
          </w:p>
        </w:tc>
      </w:tr>
      <w:tr w:rsidR="00721149" w:rsidRPr="00721149" w14:paraId="4202CB1D" w14:textId="77777777" w:rsidTr="0030105E">
        <w:trPr>
          <w:trHeight w:val="441"/>
        </w:trPr>
        <w:tc>
          <w:tcPr>
            <w:tcW w:w="113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A181F50" w14:textId="77777777" w:rsidR="00721149" w:rsidRPr="00721149" w:rsidRDefault="00721149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lang w:eastAsia="ko-KR"/>
              </w:rPr>
            </w:pPr>
            <w:r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>이메일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A7628AA" w14:textId="77777777" w:rsidR="00721149" w:rsidRPr="00721149" w:rsidRDefault="00721149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lang w:eastAsia="ko-KR"/>
              </w:rPr>
            </w:pPr>
            <w:r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　</w:t>
            </w:r>
          </w:p>
        </w:tc>
      </w:tr>
      <w:tr w:rsidR="00721149" w:rsidRPr="00721149" w14:paraId="315120FC" w14:textId="77777777" w:rsidTr="0030105E">
        <w:trPr>
          <w:trHeight w:val="484"/>
        </w:trPr>
        <w:tc>
          <w:tcPr>
            <w:tcW w:w="113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0036EAB6" w14:textId="77777777" w:rsidR="00721149" w:rsidRPr="00721149" w:rsidRDefault="00721149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lang w:eastAsia="ko-KR"/>
              </w:rPr>
            </w:pPr>
            <w:r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>비고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55D6ED0E" w14:textId="20981B0D" w:rsidR="00721149" w:rsidRPr="00721149" w:rsidRDefault="000D4AA6" w:rsidP="000D4AA6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>의사</w:t>
            </w:r>
            <w:r w:rsidR="00721149"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</w:t>
            </w:r>
            <w:proofErr w:type="gramStart"/>
            <w:r w:rsidR="00721149"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( 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</w:t>
            </w:r>
            <w:proofErr w:type="gramEnd"/>
            <w:r w:rsid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</w:t>
            </w:r>
            <w:proofErr w:type="gramStart"/>
            <w:r w:rsid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</w:t>
            </w:r>
            <w:r w:rsidR="00721149"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)</w:t>
            </w:r>
            <w:proofErr w:type="gramEnd"/>
            <w:r w:rsidR="00721149"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간호사 </w:t>
            </w:r>
            <w:proofErr w:type="gramStart"/>
            <w:r w:rsidR="00721149"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( 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</w:t>
            </w:r>
            <w:proofErr w:type="gramEnd"/>
            <w:r w:rsid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 </w:t>
            </w:r>
            <w:proofErr w:type="gramStart"/>
            <w:r w:rsidR="00721149"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 )</w:t>
            </w:r>
            <w:proofErr w:type="gramEnd"/>
            <w:r w:rsidR="00721149"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>법조인(</w:t>
            </w:r>
            <w:r>
              <w:rPr>
                <w:rFonts w:ascii="맑은 고딕" w:eastAsia="맑은 고딕" w:hAnsi="맑은 고딕" w:cs="굴림"/>
                <w:color w:val="000000"/>
                <w:lang w:eastAsia="ko-KR"/>
              </w:rPr>
              <w:t xml:space="preserve">  </w:t>
            </w:r>
            <w:proofErr w:type="gramEnd"/>
            <w:r>
              <w:rPr>
                <w:rFonts w:ascii="맑은 고딕" w:eastAsia="맑은 고딕" w:hAnsi="맑은 고딕" w:cs="굴림"/>
                <w:color w:val="000000"/>
                <w:lang w:eastAsia="ko-KR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lang w:eastAsia="ko-KR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cs="굴림"/>
                <w:color w:val="000000"/>
                <w:lang w:eastAsia="ko-KR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보험관련 </w:t>
            </w:r>
            <w:r w:rsidR="00721149"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(</w:t>
            </w:r>
            <w:proofErr w:type="gramEnd"/>
            <w:r w:rsidR="00721149"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  </w:t>
            </w:r>
            <w:r w:rsidR="00721149" w:rsidRPr="00721149">
              <w:rPr>
                <w:rFonts w:ascii="맑은 고딕" w:eastAsia="맑은 고딕" w:hAnsi="맑은 고딕" w:cs="굴림" w:hint="eastAsia"/>
                <w:color w:val="000000"/>
                <w:lang w:eastAsia="ko-KR"/>
              </w:rPr>
              <w:t xml:space="preserve">  )</w:t>
            </w:r>
          </w:p>
        </w:tc>
      </w:tr>
    </w:tbl>
    <w:p w14:paraId="2BB8E028" w14:textId="74E86167" w:rsidR="00721149" w:rsidRPr="00721149" w:rsidRDefault="00721149">
      <w:pPr>
        <w:rPr>
          <w:rFonts w:eastAsia="맑은 고딕"/>
          <w:lang w:eastAsia="ko-KR"/>
        </w:rPr>
      </w:pPr>
    </w:p>
    <w:p w14:paraId="7175D5DC" w14:textId="11EDA92D" w:rsidR="0013610A" w:rsidRDefault="0030105E">
      <w:pPr>
        <w:rPr>
          <w:rFonts w:eastAsia="맑은 고딕"/>
          <w:lang w:eastAsia="ko-KR"/>
        </w:rPr>
      </w:pPr>
      <w:r>
        <w:rPr>
          <w:rFonts w:ascii="굴림" w:eastAsia="굴림" w:hAnsi="굴림" w:cs="굴림"/>
          <w:noProof/>
          <w:sz w:val="24"/>
          <w:szCs w:val="24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4C1000" wp14:editId="7874D26D">
                <wp:simplePos x="0" y="0"/>
                <wp:positionH relativeFrom="margin">
                  <wp:posOffset>-46355</wp:posOffset>
                </wp:positionH>
                <wp:positionV relativeFrom="paragraph">
                  <wp:posOffset>172720</wp:posOffset>
                </wp:positionV>
                <wp:extent cx="6712585" cy="971550"/>
                <wp:effectExtent l="0" t="0" r="0" b="0"/>
                <wp:wrapThrough wrapText="bothSides">
                  <wp:wrapPolygon edited="0">
                    <wp:start x="0" y="0"/>
                    <wp:lineTo x="0" y="21176"/>
                    <wp:lineTo x="21516" y="21176"/>
                    <wp:lineTo x="21516" y="0"/>
                    <wp:lineTo x="0" y="0"/>
                  </wp:wrapPolygon>
                </wp:wrapThrough>
                <wp:docPr id="72921529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0E9635" w14:textId="7BCFAE65" w:rsidR="0013610A" w:rsidRPr="0013610A" w:rsidRDefault="0013610A" w:rsidP="0013610A">
                            <w:pPr>
                              <w:pStyle w:val="aff1"/>
                              <w:snapToGrid/>
                              <w:spacing w:line="276" w:lineRule="auto"/>
                              <w:ind w:left="800" w:firstLineChars="2350" w:firstLine="5640"/>
                              <w:rPr>
                                <w:rFonts w:asciiTheme="majorHAnsi" w:eastAsiaTheme="majorHAnsi" w:hAnsiTheme="majorHAnsi" w:cs="굴림"/>
                                <w:kern w:val="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3610A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대한의료감정학회 </w:t>
                            </w:r>
                            <w:r w:rsidRPr="0013610A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[</w:t>
                            </w:r>
                            <w:proofErr w:type="spellStart"/>
                            <w:proofErr w:type="gramEnd"/>
                            <w:r w:rsidRPr="0013610A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직인생략</w:t>
                            </w:r>
                            <w:proofErr w:type="spellEnd"/>
                            <w:r w:rsidRPr="0013610A">
                              <w:rPr>
                                <w:rFonts w:asciiTheme="majorHAnsi" w:eastAsiaTheme="majorHAnsi" w:hAnsiTheme="majorHAnsi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]</w:t>
                            </w:r>
                          </w:p>
                          <w:p w14:paraId="34A550A9" w14:textId="7ADE279A" w:rsidR="0013610A" w:rsidRPr="0013610A" w:rsidRDefault="0013610A" w:rsidP="0030105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kern w:val="2"/>
                                <w:sz w:val="24"/>
                                <w:szCs w:val="24"/>
                                <w:lang w:eastAsia="ko-KR"/>
                              </w:rPr>
                            </w:pP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                  </w:t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  </w:t>
                            </w:r>
                            <w:r w:rsidRPr="0013610A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회장</w:t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유 찬 종</w:t>
                            </w:r>
                          </w:p>
                          <w:p w14:paraId="35416FAD" w14:textId="634E0545" w:rsidR="0013610A" w:rsidRPr="0013610A" w:rsidRDefault="0013610A" w:rsidP="0013610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</w:pP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                  </w:t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</w:t>
                            </w:r>
                            <w:r w:rsidR="0030105E">
                              <w:rPr>
                                <w:rFonts w:eastAsia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</w:t>
                            </w:r>
                            <w:r w:rsidRPr="0013610A"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총무</w:t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>오 영 민</w:t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 xml:space="preserve">                   </w:t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</w:r>
                            <w:r w:rsidRPr="0013610A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lang w:eastAsia="ko-KR"/>
                              </w:rPr>
                              <w:tab/>
                              <w:t xml:space="preserve"> </w:t>
                            </w:r>
                          </w:p>
                          <w:p w14:paraId="2A660D8D" w14:textId="77777777" w:rsidR="0013610A" w:rsidRPr="0013610A" w:rsidRDefault="0013610A" w:rsidP="0013610A">
                            <w:pPr>
                              <w:tabs>
                                <w:tab w:val="left" w:pos="5400"/>
                              </w:tabs>
                              <w:spacing w:line="240" w:lineRule="auto"/>
                              <w:rPr>
                                <w:rFonts w:ascii="돋움" w:eastAsia="돋움" w:hAnsi="돋움"/>
                                <w:spacing w:val="-4"/>
                                <w:w w:val="80"/>
                                <w:sz w:val="24"/>
                                <w:szCs w:val="24"/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4C10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65pt;margin-top:13.6pt;width:528.55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" stroked="f">
                <v:textbox>
                  <w:txbxContent>
                    <w:p w14:paraId="720E9635" w14:textId="7BCFAE65" w:rsidR="0013610A" w:rsidRPr="0013610A" w:rsidRDefault="0013610A" w:rsidP="0013610A">
                      <w:pPr>
                        <w:pStyle w:val="aff1"/>
                        <w:snapToGrid/>
                        <w:spacing w:line="276" w:lineRule="auto"/>
                        <w:ind w:left="800" w:firstLineChars="2350" w:firstLine="5640"/>
                        <w:rPr>
                          <w:rFonts w:asciiTheme="majorHAnsi" w:eastAsiaTheme="majorHAnsi" w:hAnsiTheme="majorHAnsi" w:cs="굴림"/>
                          <w:kern w:val="0"/>
                          <w:sz w:val="24"/>
                          <w:szCs w:val="24"/>
                        </w:rPr>
                      </w:pPr>
                      <w:proofErr w:type="gramStart"/>
                      <w:r w:rsidRPr="0013610A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</w:rPr>
                        <w:t>대한</w:t>
                      </w:r>
                      <w:r w:rsidRPr="0013610A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</w:rPr>
                        <w:t xml:space="preserve">의료감정학회 </w:t>
                      </w:r>
                      <w:r w:rsidRPr="0013610A">
                        <w:rPr>
                          <w:rFonts w:asciiTheme="majorHAnsi" w:eastAsiaTheme="majorHAnsi" w:hAnsiTheme="majorHAnsi" w:hint="eastAsia"/>
                          <w:b/>
                          <w:bCs/>
                          <w:sz w:val="24"/>
                          <w:szCs w:val="24"/>
                        </w:rPr>
                        <w:t xml:space="preserve"> [</w:t>
                      </w:r>
                      <w:proofErr w:type="spellStart"/>
                      <w:proofErr w:type="gramEnd"/>
                      <w:r w:rsidRPr="0013610A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</w:rPr>
                        <w:t>직인생략</w:t>
                      </w:r>
                      <w:proofErr w:type="spellEnd"/>
                      <w:r w:rsidRPr="0013610A">
                        <w:rPr>
                          <w:rFonts w:asciiTheme="majorHAnsi" w:eastAsiaTheme="majorHAnsi" w:hAnsiTheme="majorHAnsi" w:hint="eastAsia"/>
                          <w:b/>
                          <w:bCs/>
                          <w:sz w:val="24"/>
                          <w:szCs w:val="24"/>
                        </w:rPr>
                        <w:t>]</w:t>
                      </w:r>
                    </w:p>
                    <w:p w14:paraId="34A550A9" w14:textId="7ADE279A" w:rsidR="0013610A" w:rsidRPr="0013610A" w:rsidRDefault="0013610A" w:rsidP="0030105E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bCs/>
                          <w:kern w:val="2"/>
                          <w:sz w:val="24"/>
                          <w:szCs w:val="24"/>
                          <w:lang w:eastAsia="ko-KR"/>
                        </w:rPr>
                      </w:pP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                  </w:t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>
                        <w:rPr>
                          <w:rFonts w:eastAsia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  </w:t>
                      </w:r>
                      <w:r w:rsidRPr="0013610A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회장</w:t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</w:t>
                      </w:r>
                      <w:r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유 찬 종</w:t>
                      </w:r>
                    </w:p>
                    <w:p w14:paraId="35416FAD" w14:textId="634E0545" w:rsidR="0013610A" w:rsidRPr="0013610A" w:rsidRDefault="0013610A" w:rsidP="0013610A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</w:pP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                  </w:t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>
                        <w:rPr>
                          <w:rFonts w:eastAsia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</w:t>
                      </w:r>
                      <w:r w:rsidR="0030105E">
                        <w:rPr>
                          <w:rFonts w:eastAsia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                                    </w:t>
                      </w:r>
                      <w:r>
                        <w:rPr>
                          <w:rFonts w:eastAsia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</w:t>
                      </w:r>
                      <w:r w:rsidRPr="0013610A"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총무</w:t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</w:t>
                      </w:r>
                      <w:r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>오 영 민</w:t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 xml:space="preserve">                   </w:t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</w:r>
                      <w:r w:rsidRPr="0013610A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lang w:eastAsia="ko-KR"/>
                        </w:rPr>
                        <w:tab/>
                        <w:t xml:space="preserve"> </w:t>
                      </w:r>
                    </w:p>
                    <w:p w14:paraId="2A660D8D" w14:textId="77777777" w:rsidR="0013610A" w:rsidRPr="0013610A" w:rsidRDefault="0013610A" w:rsidP="0013610A">
                      <w:pPr>
                        <w:tabs>
                          <w:tab w:val="left" w:pos="5400"/>
                        </w:tabs>
                        <w:spacing w:line="240" w:lineRule="auto"/>
                        <w:rPr>
                          <w:rFonts w:ascii="돋움" w:eastAsia="돋움" w:hAnsi="돋움" w:hint="eastAsia"/>
                          <w:spacing w:val="-4"/>
                          <w:w w:val="80"/>
                          <w:sz w:val="24"/>
                          <w:szCs w:val="24"/>
                          <w:lang w:eastAsia="ko-KR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0A925491" w14:textId="77777777" w:rsidR="00B60498" w:rsidRDefault="00B60498">
      <w:pPr>
        <w:rPr>
          <w:rFonts w:eastAsia="맑은 고딕"/>
          <w:lang w:eastAsia="ko-KR"/>
        </w:rPr>
      </w:pPr>
    </w:p>
    <w:p w14:paraId="6452E18D" w14:textId="556EF2DC" w:rsidR="00346844" w:rsidRPr="0013610A" w:rsidRDefault="0013610A">
      <w:pPr>
        <w:rPr>
          <w:rFonts w:eastAsia="맑은 고딕"/>
          <w:b/>
          <w:bCs/>
          <w:color w:val="C00000"/>
          <w:sz w:val="28"/>
          <w:szCs w:val="28"/>
          <w:lang w:eastAsia="ko-KR"/>
        </w:rPr>
      </w:pPr>
      <w:r w:rsidRPr="0013610A">
        <w:rPr>
          <w:rFonts w:eastAsia="맑은 고딕" w:hint="eastAsia"/>
          <w:b/>
          <w:bCs/>
          <w:color w:val="C00000"/>
          <w:sz w:val="28"/>
          <w:szCs w:val="28"/>
          <w:lang w:eastAsia="ko-KR"/>
        </w:rPr>
        <w:t xml:space="preserve"> 5.15. </w:t>
      </w:r>
      <w:r w:rsidRPr="0013610A">
        <w:rPr>
          <w:rFonts w:eastAsia="맑은 고딕" w:hint="eastAsia"/>
          <w:b/>
          <w:bCs/>
          <w:color w:val="C00000"/>
          <w:sz w:val="28"/>
          <w:szCs w:val="28"/>
          <w:lang w:eastAsia="ko-KR"/>
        </w:rPr>
        <w:t>프로그램</w:t>
      </w:r>
    </w:p>
    <w:tbl>
      <w:tblPr>
        <w:tblW w:w="10239" w:type="dxa"/>
        <w:tblInd w:w="10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0"/>
        <w:gridCol w:w="5042"/>
        <w:gridCol w:w="992"/>
        <w:gridCol w:w="2835"/>
      </w:tblGrid>
      <w:tr w:rsidR="00B60498" w:rsidRPr="00B60498" w14:paraId="5331A006" w14:textId="77777777" w:rsidTr="00721149">
        <w:trPr>
          <w:trHeight w:val="468"/>
        </w:trPr>
        <w:tc>
          <w:tcPr>
            <w:tcW w:w="13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508C2CB6" w14:textId="6FA4E360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15:30-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15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50</w:t>
            </w:r>
          </w:p>
        </w:tc>
        <w:tc>
          <w:tcPr>
            <w:tcW w:w="88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7E16FE95" w14:textId="37E052EA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등록　</w:t>
            </w:r>
          </w:p>
        </w:tc>
      </w:tr>
      <w:tr w:rsidR="00B60498" w:rsidRPr="00B60498" w14:paraId="520CCA2C" w14:textId="77777777" w:rsidTr="00721149">
        <w:trPr>
          <w:trHeight w:val="239"/>
        </w:trPr>
        <w:tc>
          <w:tcPr>
            <w:tcW w:w="1023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1D4F6CC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</w:tr>
      <w:tr w:rsidR="0030105E" w:rsidRPr="00B60498" w14:paraId="06DE27B1" w14:textId="77777777" w:rsidTr="000B437E">
        <w:trPr>
          <w:trHeight w:val="642"/>
        </w:trPr>
        <w:tc>
          <w:tcPr>
            <w:tcW w:w="1370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FB4E090" w14:textId="57786104" w:rsidR="0030105E" w:rsidRPr="00B60498" w:rsidRDefault="0030105E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15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50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-16: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00</w:t>
            </w:r>
          </w:p>
        </w:tc>
        <w:tc>
          <w:tcPr>
            <w:tcW w:w="50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6917C156" w14:textId="6D70ECA3" w:rsidR="0030105E" w:rsidRPr="00B60498" w:rsidRDefault="0030105E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개회사 및 찾아가는 의료감정학회 소개</w:t>
            </w: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F60F5F4" w14:textId="77777777" w:rsidR="0030105E" w:rsidRPr="00B60498" w:rsidRDefault="0030105E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유찬종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AF3EE3F" w14:textId="77777777" w:rsidR="000D4AA6" w:rsidRDefault="000D4AA6" w:rsidP="000D4AA6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  <w:p w14:paraId="55C87931" w14:textId="5FB20197" w:rsidR="0030105E" w:rsidRPr="00B60498" w:rsidRDefault="0030105E" w:rsidP="000D4AA6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대한의료감정학회 회장</w:t>
            </w:r>
            <w:r w:rsidR="000D4AA6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br/>
            </w:r>
          </w:p>
        </w:tc>
      </w:tr>
      <w:tr w:rsidR="0030105E" w:rsidRPr="00B60498" w14:paraId="3A75D386" w14:textId="77777777" w:rsidTr="00BE54A7">
        <w:trPr>
          <w:trHeight w:val="642"/>
        </w:trPr>
        <w:tc>
          <w:tcPr>
            <w:tcW w:w="1370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3A57171" w14:textId="77777777" w:rsidR="0030105E" w:rsidRPr="00B60498" w:rsidRDefault="0030105E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50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CFDC21C" w14:textId="462640FD" w:rsidR="0030105E" w:rsidRPr="00B60498" w:rsidRDefault="0030105E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축사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E0C7FA4" w14:textId="77777777" w:rsidR="0030105E" w:rsidRPr="00B60498" w:rsidRDefault="0030105E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김무성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B07D26A" w14:textId="77777777" w:rsidR="000D4AA6" w:rsidRDefault="000D4AA6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  <w:p w14:paraId="58A8A865" w14:textId="77777777" w:rsidR="0030105E" w:rsidRDefault="0030105E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대한노인신경외과학회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회장 </w:t>
            </w:r>
          </w:p>
          <w:p w14:paraId="00899DC2" w14:textId="464BA97D" w:rsidR="000D4AA6" w:rsidRPr="00B60498" w:rsidRDefault="000D4AA6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B60498" w:rsidRPr="00B60498" w14:paraId="586031E6" w14:textId="77777777" w:rsidTr="00721149">
        <w:trPr>
          <w:trHeight w:val="143"/>
        </w:trPr>
        <w:tc>
          <w:tcPr>
            <w:tcW w:w="10239" w:type="dxa"/>
            <w:gridSpan w:val="4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 w:themeFill="background1"/>
            <w:noWrap/>
            <w:vAlign w:val="center"/>
          </w:tcPr>
          <w:p w14:paraId="0E75CDAE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B60498" w:rsidRPr="00B60498" w14:paraId="3651A46B" w14:textId="77777777" w:rsidTr="00721149">
        <w:trPr>
          <w:trHeight w:val="489"/>
        </w:trPr>
        <w:tc>
          <w:tcPr>
            <w:tcW w:w="1370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B8D3EF"/>
            <w:noWrap/>
            <w:vAlign w:val="center"/>
            <w:hideMark/>
          </w:tcPr>
          <w:p w14:paraId="522BCEF2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Session I</w:t>
            </w:r>
          </w:p>
        </w:tc>
        <w:tc>
          <w:tcPr>
            <w:tcW w:w="5042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7C7AC"/>
            <w:noWrap/>
            <w:vAlign w:val="center"/>
            <w:hideMark/>
          </w:tcPr>
          <w:p w14:paraId="75AF0AAE" w14:textId="29FC82FE" w:rsidR="00B60498" w:rsidRPr="00B60498" w:rsidRDefault="00B60498" w:rsidP="00625DEC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찾아가는 의료감정학회_</w:t>
            </w:r>
            <w:r w:rsidR="000D4AA6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영남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지역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noWrap/>
            <w:vAlign w:val="center"/>
            <w:hideMark/>
          </w:tcPr>
          <w:p w14:paraId="57399D36" w14:textId="693792DF" w:rsidR="00B60498" w:rsidRPr="00B60498" w:rsidRDefault="000D4AA6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좌장 </w:t>
            </w:r>
            <w:r w:rsidR="00B60498"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noWrap/>
            <w:vAlign w:val="center"/>
            <w:hideMark/>
          </w:tcPr>
          <w:p w14:paraId="5850FEF3" w14:textId="6ADF2642" w:rsidR="00B60498" w:rsidRPr="00B60498" w:rsidRDefault="000D4AA6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유찬종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가천대</w:t>
            </w:r>
            <w:proofErr w:type="spellEnd"/>
            <w:r w:rsidR="00B60498"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</w:tr>
      <w:tr w:rsidR="00B60498" w:rsidRPr="00B60498" w14:paraId="4AE096F0" w14:textId="77777777" w:rsidTr="00721149">
        <w:trPr>
          <w:trHeight w:val="422"/>
        </w:trPr>
        <w:tc>
          <w:tcPr>
            <w:tcW w:w="1370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51D652D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5042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3BF540E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vAlign w:val="center"/>
            <w:hideMark/>
          </w:tcPr>
          <w:p w14:paraId="5E08555B" w14:textId="42C217B1" w:rsidR="00B60498" w:rsidRPr="00B60498" w:rsidRDefault="000D4AA6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좌장</w:t>
            </w:r>
            <w:r w:rsidR="00B60498"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CAEDFB"/>
            <w:vAlign w:val="center"/>
            <w:hideMark/>
          </w:tcPr>
          <w:p w14:paraId="00BF6DB6" w14:textId="5E2ED91A" w:rsidR="00B60498" w:rsidRPr="00B60498" w:rsidRDefault="000D4AA6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김무성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인재대</w:t>
            </w:r>
            <w:proofErr w:type="spellEnd"/>
            <w:r w:rsidR="00B60498"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　</w:t>
            </w:r>
          </w:p>
        </w:tc>
      </w:tr>
      <w:tr w:rsidR="00B60498" w:rsidRPr="00B60498" w14:paraId="36026379" w14:textId="77777777" w:rsidTr="00721149">
        <w:trPr>
          <w:trHeight w:val="416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250B5B65" w14:textId="08DB15DE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16: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0-16: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FBDE757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장애의 정의 및 영구장애, 한시장애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7360D08A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정유남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642D3977" w14:textId="77777777" w:rsidR="00B60498" w:rsidRPr="00B60498" w:rsidRDefault="00B60498" w:rsidP="0090751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제주대</w:t>
            </w:r>
          </w:p>
        </w:tc>
      </w:tr>
      <w:tr w:rsidR="00B60498" w:rsidRPr="00B60498" w14:paraId="7219BA7D" w14:textId="77777777" w:rsidTr="00721149">
        <w:trPr>
          <w:trHeight w:val="423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4AED940" w14:textId="3E3E42CA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16: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-17: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2D119E2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장애판정 실무: 개호 평가와 기대여명 산정의 이해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7ADABE54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류제일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4C48471" w14:textId="77777777" w:rsidR="00B60498" w:rsidRPr="00B60498" w:rsidRDefault="00B60498" w:rsidP="0090751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한양대</w:t>
            </w:r>
          </w:p>
        </w:tc>
      </w:tr>
      <w:tr w:rsidR="00B60498" w:rsidRPr="00B60498" w14:paraId="26AF877C" w14:textId="77777777" w:rsidTr="00721149">
        <w:trPr>
          <w:trHeight w:val="415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60144CA3" w14:textId="4D56EBF9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17: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0-17: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05CCF38B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"대한의료감정학회 감정관리원" 소개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22A7C54F" w14:textId="77777777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조광욱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94928D1" w14:textId="77777777" w:rsidR="00B60498" w:rsidRPr="00B60498" w:rsidRDefault="00B60498" w:rsidP="0090751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가톨릭대</w:t>
            </w:r>
          </w:p>
        </w:tc>
      </w:tr>
      <w:tr w:rsidR="00B60498" w:rsidRPr="00B60498" w14:paraId="052CDBC1" w14:textId="77777777" w:rsidTr="00721149">
        <w:trPr>
          <w:trHeight w:val="407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36ED644F" w14:textId="0AD11349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17: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30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-18:00</w:t>
            </w:r>
          </w:p>
        </w:tc>
        <w:tc>
          <w:tcPr>
            <w:tcW w:w="504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C2DF062" w14:textId="4B9B678D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장애판정 사례 소개(</w:t>
            </w:r>
            <w:r w:rsidR="000D4AA6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영남지역</w:t>
            </w: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 증례)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96BB699" w14:textId="05B16A93" w:rsidR="00B60498" w:rsidRPr="00B60498" w:rsidRDefault="00721149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김동원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5448BAA3" w14:textId="41CDA90E" w:rsidR="00B60498" w:rsidRPr="00B60498" w:rsidRDefault="00721149" w:rsidP="0090751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대구고등법원 의료상임 전문심리위원</w:t>
            </w:r>
          </w:p>
        </w:tc>
      </w:tr>
      <w:tr w:rsidR="00B60498" w:rsidRPr="00B60498" w14:paraId="5B2C97AC" w14:textId="77777777" w:rsidTr="00721149">
        <w:trPr>
          <w:trHeight w:val="426"/>
        </w:trPr>
        <w:tc>
          <w:tcPr>
            <w:tcW w:w="137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24F73B1B" w14:textId="17E1AED8" w:rsidR="00B60498" w:rsidRPr="00B60498" w:rsidRDefault="00B60498" w:rsidP="00B60498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18:00-18: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30</w:t>
            </w:r>
          </w:p>
        </w:tc>
        <w:tc>
          <w:tcPr>
            <w:tcW w:w="88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CA46E69" w14:textId="6F531238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토의　</w:t>
            </w:r>
          </w:p>
        </w:tc>
      </w:tr>
      <w:tr w:rsidR="00B60498" w:rsidRPr="00B60498" w14:paraId="5DEC58B4" w14:textId="77777777" w:rsidTr="00721149">
        <w:trPr>
          <w:trHeight w:val="263"/>
        </w:trPr>
        <w:tc>
          <w:tcPr>
            <w:tcW w:w="1023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A732200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346844" w:rsidRPr="00B60498" w14:paraId="3BFF62B5" w14:textId="77777777" w:rsidTr="00721149">
        <w:trPr>
          <w:trHeight w:val="468"/>
        </w:trPr>
        <w:tc>
          <w:tcPr>
            <w:tcW w:w="13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1E9DB728" w14:textId="2E81DD07" w:rsidR="00B60498" w:rsidRPr="00B60498" w:rsidRDefault="00B60498" w:rsidP="00721149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18:</w:t>
            </w:r>
            <w:r w:rsidR="00721149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 xml:space="preserve">30  </w:t>
            </w:r>
          </w:p>
        </w:tc>
        <w:tc>
          <w:tcPr>
            <w:tcW w:w="88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238838FF" w14:textId="77777777" w:rsidR="00B60498" w:rsidRPr="00B60498" w:rsidRDefault="00B60498" w:rsidP="00B60498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  <w:lang w:eastAsia="ko-KR"/>
              </w:rPr>
            </w:pPr>
            <w:r w:rsidRPr="00B60498"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lang w:eastAsia="ko-KR"/>
              </w:rPr>
              <w:t>폐회사</w:t>
            </w:r>
          </w:p>
        </w:tc>
      </w:tr>
    </w:tbl>
    <w:p w14:paraId="4BB339DF" w14:textId="77777777" w:rsidR="00B60498" w:rsidRPr="00B60498" w:rsidRDefault="00B60498">
      <w:pPr>
        <w:rPr>
          <w:rFonts w:eastAsia="맑은 고딕"/>
          <w:lang w:eastAsia="ko-KR"/>
        </w:rPr>
      </w:pPr>
    </w:p>
    <w:sectPr w:rsidR="00B60498" w:rsidRPr="00B60498" w:rsidSect="00C85346">
      <w:pgSz w:w="12240" w:h="15840"/>
      <w:pgMar w:top="680" w:right="1021" w:bottom="680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1EEA9" w14:textId="77777777" w:rsidR="007B750E" w:rsidRDefault="007B750E" w:rsidP="0013610A">
      <w:pPr>
        <w:spacing w:after="0" w:line="240" w:lineRule="auto"/>
      </w:pPr>
      <w:r>
        <w:separator/>
      </w:r>
    </w:p>
  </w:endnote>
  <w:endnote w:type="continuationSeparator" w:id="0">
    <w:p w14:paraId="210DA0F7" w14:textId="77777777" w:rsidR="007B750E" w:rsidRDefault="007B750E" w:rsidP="00136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B07E8" w14:textId="77777777" w:rsidR="007B750E" w:rsidRDefault="007B750E" w:rsidP="0013610A">
      <w:pPr>
        <w:spacing w:after="0" w:line="240" w:lineRule="auto"/>
      </w:pPr>
      <w:r>
        <w:separator/>
      </w:r>
    </w:p>
  </w:footnote>
  <w:footnote w:type="continuationSeparator" w:id="0">
    <w:p w14:paraId="4FFF6A88" w14:textId="77777777" w:rsidR="007B750E" w:rsidRDefault="007B750E" w:rsidP="00136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09135833">
    <w:abstractNumId w:val="8"/>
  </w:num>
  <w:num w:numId="2" w16cid:durableId="1969047092">
    <w:abstractNumId w:val="6"/>
  </w:num>
  <w:num w:numId="3" w16cid:durableId="758990882">
    <w:abstractNumId w:val="5"/>
  </w:num>
  <w:num w:numId="4" w16cid:durableId="1365785803">
    <w:abstractNumId w:val="4"/>
  </w:num>
  <w:num w:numId="5" w16cid:durableId="1927375401">
    <w:abstractNumId w:val="7"/>
  </w:num>
  <w:num w:numId="6" w16cid:durableId="645822988">
    <w:abstractNumId w:val="3"/>
  </w:num>
  <w:num w:numId="7" w16cid:durableId="1073623377">
    <w:abstractNumId w:val="2"/>
  </w:num>
  <w:num w:numId="8" w16cid:durableId="1012147007">
    <w:abstractNumId w:val="1"/>
  </w:num>
  <w:num w:numId="9" w16cid:durableId="246815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4AA6"/>
    <w:rsid w:val="0013610A"/>
    <w:rsid w:val="001445B0"/>
    <w:rsid w:val="0015074B"/>
    <w:rsid w:val="0029639D"/>
    <w:rsid w:val="0030105E"/>
    <w:rsid w:val="00326F90"/>
    <w:rsid w:val="00346844"/>
    <w:rsid w:val="003A500F"/>
    <w:rsid w:val="00444C9C"/>
    <w:rsid w:val="00491AA4"/>
    <w:rsid w:val="004D367F"/>
    <w:rsid w:val="00625DEC"/>
    <w:rsid w:val="006E426C"/>
    <w:rsid w:val="00721149"/>
    <w:rsid w:val="007B750E"/>
    <w:rsid w:val="0090751E"/>
    <w:rsid w:val="00AA1D8D"/>
    <w:rsid w:val="00B15EFA"/>
    <w:rsid w:val="00B47730"/>
    <w:rsid w:val="00B60498"/>
    <w:rsid w:val="00B81987"/>
    <w:rsid w:val="00C12156"/>
    <w:rsid w:val="00C47D99"/>
    <w:rsid w:val="00C85346"/>
    <w:rsid w:val="00CB0664"/>
    <w:rsid w:val="00E4482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805162"/>
  <w14:defaultImageDpi w14:val="300"/>
  <w15:docId w15:val="{AC420F76-159B-47B8-9116-0F6520C5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ff1">
    <w:name w:val="바탕글"/>
    <w:uiPriority w:val="99"/>
    <w:rsid w:val="0013610A"/>
    <w:pPr>
      <w:widowControl w:val="0"/>
      <w:shd w:val="clear" w:color="auto" w:fill="FFFFFF"/>
      <w:wordWrap w:val="0"/>
      <w:autoSpaceDE w:val="0"/>
      <w:autoSpaceDN w:val="0"/>
      <w:snapToGrid w:val="0"/>
      <w:spacing w:after="0" w:line="360" w:lineRule="auto"/>
      <w:jc w:val="both"/>
    </w:pPr>
    <w:rPr>
      <w:rFonts w:ascii="한양신명조" w:eastAsia="한양신명조" w:hAnsi="한양신명조"/>
      <w:color w:val="000000"/>
      <w:kern w:val="2"/>
      <w:sz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5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B0C3CBB-820F-4804-B685-D0BE8A80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222</Words>
  <Characters>766</Characters>
  <Application>Microsoft Office Word</Application>
  <DocSecurity>0</DocSecurity>
  <Lines>78</Lines>
  <Paragraphs>55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오영민</cp:lastModifiedBy>
  <cp:revision>4</cp:revision>
  <cp:lastPrinted>2026-04-03T07:33:00Z</cp:lastPrinted>
  <dcterms:created xsi:type="dcterms:W3CDTF">2026-04-03T23:56:00Z</dcterms:created>
  <dcterms:modified xsi:type="dcterms:W3CDTF">2026-04-04T03:33:00Z</dcterms:modified>
  <cp:category/>
</cp:coreProperties>
</file>